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370" w:rsidRDefault="00BA231D">
      <w:pPr>
        <w:spacing w:after="40"/>
        <w:jc w:val="center"/>
      </w:pPr>
      <w:r>
        <w:rPr>
          <w:b/>
          <w:sz w:val="24"/>
        </w:rPr>
        <w:t>SPOJENÁ MATERSKÁ ŠKOLA, DOBŠINSKÉHO 2885/8, NITRA</w:t>
      </w:r>
    </w:p>
    <w:p w:rsidR="00284370" w:rsidRDefault="00BA231D">
      <w:pPr>
        <w:spacing w:after="40"/>
        <w:jc w:val="center"/>
      </w:pPr>
      <w:r>
        <w:rPr>
          <w:b/>
          <w:sz w:val="30"/>
        </w:rPr>
        <w:t>ZÁPISNICA Z PEDAGOGICKEJ RADY</w:t>
      </w:r>
    </w:p>
    <w:p w:rsidR="00284370" w:rsidRDefault="00BA231D">
      <w:pPr>
        <w:spacing w:after="160"/>
        <w:jc w:val="center"/>
      </w:pPr>
      <w:r>
        <w:rPr>
          <w:b/>
          <w:sz w:val="22"/>
        </w:rPr>
        <w:t>konanej dňa 24. augusta 2026</w:t>
      </w:r>
    </w:p>
    <w:p w:rsidR="00284370" w:rsidRDefault="00BA231D">
      <w:pPr>
        <w:spacing w:after="40"/>
      </w:pPr>
      <w:r>
        <w:rPr>
          <w:b/>
        </w:rPr>
        <w:t xml:space="preserve">Miesto konania: </w:t>
      </w:r>
      <w:r>
        <w:t>Materská škola, Dobšinského 2885/8, Nitra</w:t>
      </w:r>
    </w:p>
    <w:p w:rsidR="00284370" w:rsidRDefault="00BA231D">
      <w:pPr>
        <w:spacing w:after="40"/>
      </w:pPr>
      <w:r>
        <w:rPr>
          <w:b/>
        </w:rPr>
        <w:t xml:space="preserve">Čas konania: </w:t>
      </w:r>
      <w:r>
        <w:t>od 10.00 hod. do 12.30 hod.</w:t>
      </w:r>
    </w:p>
    <w:p w:rsidR="00284370" w:rsidRDefault="00BA231D">
      <w:pPr>
        <w:spacing w:after="40"/>
      </w:pPr>
      <w:r>
        <w:rPr>
          <w:b/>
        </w:rPr>
        <w:t xml:space="preserve">Predsedajúca pedagogickej rade: </w:t>
      </w:r>
      <w:r>
        <w:t>riaditeľka školy Martina Kramárová</w:t>
      </w:r>
    </w:p>
    <w:p w:rsidR="00284370" w:rsidRDefault="00BA231D">
      <w:pPr>
        <w:spacing w:after="40"/>
      </w:pPr>
      <w:r>
        <w:rPr>
          <w:b/>
        </w:rPr>
        <w:t xml:space="preserve">Overil/a: </w:t>
      </w:r>
      <w:r>
        <w:t>Martina Czuberková</w:t>
      </w:r>
    </w:p>
    <w:p w:rsidR="00284370" w:rsidRDefault="00BA231D">
      <w:pPr>
        <w:spacing w:after="40"/>
      </w:pPr>
      <w:r>
        <w:rPr>
          <w:b/>
        </w:rPr>
        <w:t xml:space="preserve">Zapisoval/a: </w:t>
      </w:r>
      <w:r>
        <w:t>Monika Molnárová</w:t>
      </w:r>
    </w:p>
    <w:p w:rsidR="00284370" w:rsidRDefault="00BA231D">
      <w:pPr>
        <w:spacing w:after="80"/>
      </w:pPr>
      <w:r w:rsidRPr="00830327">
        <w:rPr>
          <w:b/>
        </w:rPr>
        <w:t>Prítomní:</w:t>
      </w:r>
      <w:r>
        <w:t xml:space="preserve"> Pedagogickí zamestnanci školy a prizvaní odborní zamestnanci podľa potreby. Prezenčná listina tvorí prílohu tejto zápisnice.</w:t>
      </w:r>
    </w:p>
    <w:p w:rsidR="00284370" w:rsidRDefault="00BA231D">
      <w:pPr>
        <w:spacing w:after="80"/>
      </w:pPr>
      <w:r w:rsidRPr="00830327">
        <w:rPr>
          <w:b/>
        </w:rPr>
        <w:t>Počet prítomných:</w:t>
      </w:r>
      <w:r>
        <w:t xml:space="preserve"> 14   Ospravedlnení: 0   Neospravedlnení: 0</w:t>
      </w:r>
    </w:p>
    <w:p w:rsidR="00284370" w:rsidRDefault="00BA231D">
      <w:pPr>
        <w:spacing w:before="160" w:after="100"/>
      </w:pPr>
      <w:r>
        <w:rPr>
          <w:b/>
          <w:sz w:val="26"/>
        </w:rPr>
        <w:t>PROGRAM PEDAGOGICKEJ RADY</w:t>
      </w:r>
    </w:p>
    <w:p w:rsidR="00284370" w:rsidRDefault="00BA231D">
      <w:pPr>
        <w:spacing w:after="80"/>
      </w:pPr>
      <w:r>
        <w:t>1. Privítanie zamestnancov a otvorenie pedagogickej rady. Organizácia školského roka 2026/2027.</w:t>
      </w:r>
    </w:p>
    <w:p w:rsidR="00284370" w:rsidRDefault="00BA231D">
      <w:pPr>
        <w:spacing w:after="80"/>
      </w:pPr>
      <w:r>
        <w:t xml:space="preserve">2. Prerokovanie pedagogických, organizačných a vnútorných dokumentov školy </w:t>
      </w:r>
    </w:p>
    <w:p w:rsidR="00284370" w:rsidRDefault="00BA231D">
      <w:pPr>
        <w:spacing w:after="80"/>
      </w:pPr>
      <w:r>
        <w:t>3. Organizácia výchovy a vzdelávania – zadelenie detí do tried a pedagogicko-organizačné otázky.</w:t>
      </w:r>
    </w:p>
    <w:p w:rsidR="00284370" w:rsidRDefault="00BA231D">
      <w:pPr>
        <w:spacing w:after="80"/>
      </w:pPr>
      <w:r>
        <w:t>4. Diskusia, prijatie uznesení a určenie úloh.</w:t>
      </w:r>
    </w:p>
    <w:p w:rsidR="00284370" w:rsidRDefault="00BA231D">
      <w:pPr>
        <w:spacing w:after="80"/>
      </w:pPr>
      <w:r>
        <w:t>5. Záver.</w:t>
      </w:r>
    </w:p>
    <w:p w:rsidR="00284370" w:rsidRDefault="00BA231D">
      <w:pPr>
        <w:spacing w:before="160" w:after="100"/>
      </w:pPr>
      <w:r>
        <w:rPr>
          <w:b/>
          <w:sz w:val="26"/>
        </w:rPr>
        <w:t>PRIEBEH PEDAGOGICKEJ RADY A PREROKOVANÉ DOKUMENTY</w:t>
      </w:r>
    </w:p>
    <w:p w:rsidR="00830327" w:rsidRDefault="00830327">
      <w:pPr>
        <w:spacing w:before="160" w:after="100"/>
        <w:rPr>
          <w:b/>
          <w:sz w:val="22"/>
        </w:rPr>
      </w:pPr>
      <w:r>
        <w:rPr>
          <w:b/>
          <w:sz w:val="22"/>
        </w:rPr>
        <w:t xml:space="preserve">BOD č. </w:t>
      </w:r>
      <w:r w:rsidR="00BA231D">
        <w:rPr>
          <w:b/>
          <w:sz w:val="22"/>
        </w:rPr>
        <w:t>1.</w:t>
      </w:r>
    </w:p>
    <w:p w:rsidR="00284370" w:rsidRDefault="00BA231D">
      <w:pPr>
        <w:spacing w:before="160" w:after="100"/>
      </w:pPr>
      <w:r>
        <w:rPr>
          <w:b/>
          <w:sz w:val="22"/>
        </w:rPr>
        <w:t xml:space="preserve"> Privítanie zamestnancov a organizácia školského roka 2026/2027</w:t>
      </w:r>
    </w:p>
    <w:p w:rsidR="00284370" w:rsidRDefault="00BA231D">
      <w:pPr>
        <w:spacing w:after="80"/>
      </w:pPr>
      <w:r>
        <w:t>Riaditeľka školy privítala prítomných pedagogických a odborných zamestnancov a oboznámila ich s hlavnými organizačnými úlohami a prioritami školy na školský rok 2026/2027.</w:t>
      </w:r>
    </w:p>
    <w:p w:rsidR="00284370" w:rsidRDefault="00BA231D">
      <w:pPr>
        <w:spacing w:after="80"/>
      </w:pPr>
      <w:r>
        <w:t xml:space="preserve">Záver k bodu: Pedagogická rada berie na </w:t>
      </w:r>
      <w:proofErr w:type="spellStart"/>
      <w:r>
        <w:t>vedomie</w:t>
      </w:r>
      <w:proofErr w:type="spellEnd"/>
      <w:r>
        <w:t xml:space="preserve"> </w:t>
      </w:r>
      <w:proofErr w:type="spellStart"/>
      <w:r>
        <w:t>informácie</w:t>
      </w:r>
      <w:proofErr w:type="spellEnd"/>
      <w:r>
        <w:t xml:space="preserve"> o </w:t>
      </w:r>
      <w:proofErr w:type="spellStart"/>
      <w:r>
        <w:t>organizácii</w:t>
      </w:r>
      <w:proofErr w:type="spellEnd"/>
      <w:r>
        <w:t xml:space="preserve"> </w:t>
      </w:r>
      <w:proofErr w:type="spellStart"/>
      <w:r>
        <w:t>školského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2026/2027.</w:t>
      </w:r>
    </w:p>
    <w:p w:rsidR="00830327" w:rsidRPr="00830327" w:rsidRDefault="00830327">
      <w:pPr>
        <w:spacing w:after="80"/>
        <w:rPr>
          <w:b/>
        </w:rPr>
      </w:pPr>
      <w:r w:rsidRPr="00830327">
        <w:rPr>
          <w:b/>
        </w:rPr>
        <w:t>BOD č. 2</w:t>
      </w:r>
    </w:p>
    <w:p w:rsidR="00284370" w:rsidRDefault="00BA231D">
      <w:pPr>
        <w:spacing w:before="140" w:after="60"/>
      </w:pPr>
      <w:r>
        <w:rPr>
          <w:b/>
          <w:sz w:val="22"/>
        </w:rPr>
        <w:t>1. Školský poriadok</w:t>
      </w:r>
    </w:p>
    <w:p w:rsidR="00284370" w:rsidRDefault="00BA231D">
      <w:pPr>
        <w:spacing w:after="80"/>
      </w:pPr>
      <w:r>
        <w:t>Pedagogická rada prerokovala Školský poriadok a jeho relevantné ustanovenia pre školský rok 2026/2027. Riaditeľka oboznámila členov pedagogickej rady s obsahom a zmenami. Dokument bol prerokovaný; ďalší postup pri jeho vydaní a prerokovaní s príslušným orgánom bude vykonaný podľa právnych predpisov.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PREROKOVANÉ.</w:t>
      </w:r>
    </w:p>
    <w:p w:rsidR="00284370" w:rsidRDefault="00BA231D">
      <w:pPr>
        <w:spacing w:before="140" w:after="60"/>
      </w:pPr>
      <w:r>
        <w:rPr>
          <w:b/>
          <w:sz w:val="22"/>
        </w:rPr>
        <w:t>2. Školský vzdelávací program (ŠkVP)</w:t>
      </w:r>
    </w:p>
    <w:p w:rsidR="00284370" w:rsidRDefault="00BA231D">
      <w:pPr>
        <w:spacing w:after="80"/>
      </w:pPr>
      <w:r>
        <w:t>Pedagogická rada prerokovala Školský vzdelávací program (ŠkVP), najmä jeho obsah, zmeny a ich význam pre školský rok 2026/2027.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PREROKOVANÉ.</w:t>
      </w:r>
    </w:p>
    <w:p w:rsidR="008842A7" w:rsidRDefault="008842A7">
      <w:pPr>
        <w:spacing w:before="140" w:after="60"/>
        <w:rPr>
          <w:b/>
          <w:sz w:val="22"/>
        </w:rPr>
      </w:pPr>
    </w:p>
    <w:p w:rsidR="008842A7" w:rsidRDefault="008842A7">
      <w:pPr>
        <w:spacing w:before="140" w:after="60"/>
        <w:rPr>
          <w:b/>
          <w:sz w:val="22"/>
        </w:rPr>
      </w:pPr>
    </w:p>
    <w:p w:rsidR="00284370" w:rsidRDefault="00BA231D">
      <w:pPr>
        <w:spacing w:before="140" w:after="60"/>
      </w:pPr>
      <w:r>
        <w:rPr>
          <w:b/>
          <w:sz w:val="22"/>
        </w:rPr>
        <w:lastRenderedPageBreak/>
        <w:t>3. Ročný plán / Plán práce školy</w:t>
      </w:r>
    </w:p>
    <w:p w:rsidR="00284370" w:rsidRDefault="00BA231D">
      <w:pPr>
        <w:spacing w:after="80"/>
      </w:pPr>
      <w:r>
        <w:t>Pedagogická rada prerokovala Ročný plán / Plán práce školy, jeho hlavné ciele, úlohy a organizáciu činnosti školy na školský rok 2026/2027.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PREROKOVANÉ.</w:t>
      </w:r>
    </w:p>
    <w:p w:rsidR="00284370" w:rsidRDefault="00BA231D">
      <w:pPr>
        <w:spacing w:before="140" w:after="60"/>
      </w:pPr>
      <w:r>
        <w:rPr>
          <w:b/>
          <w:sz w:val="22"/>
        </w:rPr>
        <w:t>4. Ročný plán aktivít školy</w:t>
      </w:r>
    </w:p>
    <w:p w:rsidR="00284370" w:rsidRDefault="00BA231D">
      <w:pPr>
        <w:spacing w:after="80"/>
      </w:pPr>
      <w:r>
        <w:t>Pedagogická rada prerokovala Ročný plán aktivít školy, jeho harmonogram a hlavné plánované aktivity na školský rok 2026/2027.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PREROKOVANÉ.</w:t>
      </w:r>
    </w:p>
    <w:p w:rsidR="00284370" w:rsidRDefault="00BA231D">
      <w:pPr>
        <w:spacing w:before="140" w:after="60"/>
      </w:pPr>
      <w:r>
        <w:rPr>
          <w:b/>
          <w:sz w:val="22"/>
        </w:rPr>
        <w:t>5. Plán vnútroškolskej kontroly</w:t>
      </w:r>
    </w:p>
    <w:p w:rsidR="00284370" w:rsidRDefault="00BA231D">
      <w:pPr>
        <w:spacing w:after="80"/>
      </w:pPr>
      <w:r>
        <w:t>Pedagogická rada prerokovala a zároveň bola oboznámená s Plánom vnútroškolskej kontroly, plánovanými kontrolami a prioritami kontrolnej činnosti školy.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 / OBOZNÁMENÉ.</w:t>
      </w:r>
    </w:p>
    <w:p w:rsidR="00284370" w:rsidRDefault="00BA231D">
      <w:pPr>
        <w:spacing w:before="140" w:after="60"/>
      </w:pPr>
      <w:r>
        <w:rPr>
          <w:b/>
          <w:sz w:val="22"/>
        </w:rPr>
        <w:t>6. Plán hospitačnej činnosti</w:t>
      </w:r>
    </w:p>
    <w:p w:rsidR="00284370" w:rsidRDefault="00BA231D">
      <w:pPr>
        <w:spacing w:after="80"/>
      </w:pPr>
      <w:r>
        <w:t>Pedagogická rada prerokovala a zároveň bola oboznámená s Plánom hospitačnej činnosti, plánom hospitácií a pravidlami ich realizácie v školskom roku 2026/2027.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 / OBOZNÁMENÉ.</w:t>
      </w:r>
    </w:p>
    <w:p w:rsidR="00284370" w:rsidRDefault="00BA231D">
      <w:pPr>
        <w:spacing w:before="140" w:after="60"/>
      </w:pPr>
      <w:r>
        <w:rPr>
          <w:b/>
          <w:sz w:val="22"/>
        </w:rPr>
        <w:t>7. Plán zasadnutí pedagogickej rady</w:t>
      </w:r>
    </w:p>
    <w:p w:rsidR="00284370" w:rsidRDefault="00BA231D">
      <w:pPr>
        <w:spacing w:after="80"/>
      </w:pPr>
      <w:r>
        <w:t>Pedagogická rada prerokovala Plán zasadnutí pedagogickej rady a harmonogram zasadnutí pedagogickej rady na školský rok 2026/2027.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PREROKOVANÉ.</w:t>
      </w:r>
    </w:p>
    <w:p w:rsidR="00284370" w:rsidRDefault="00BA231D">
      <w:pPr>
        <w:spacing w:before="140" w:after="60"/>
      </w:pPr>
      <w:r>
        <w:rPr>
          <w:b/>
          <w:sz w:val="22"/>
        </w:rPr>
        <w:t>8. Rokovací poriadok pedagogickej rady</w:t>
      </w:r>
    </w:p>
    <w:p w:rsidR="00284370" w:rsidRDefault="00BA231D">
      <w:pPr>
        <w:spacing w:after="80"/>
      </w:pPr>
      <w:r>
        <w:t>Pedagogická rada prerokovala Rokovací poriadok pedagogickej rady, jeho znenie, pravidlá rokovania, prijímania uznesení, vedenia zápisnice a rozdelenia zodpovedností pri rokovaní pedagogickej rady.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PREROKOVANÉ.</w:t>
      </w:r>
    </w:p>
    <w:p w:rsidR="00284370" w:rsidRDefault="00BA231D">
      <w:pPr>
        <w:spacing w:before="140" w:after="60"/>
      </w:pPr>
      <w:r>
        <w:rPr>
          <w:b/>
          <w:sz w:val="22"/>
        </w:rPr>
        <w:t>9. Správa o výchovno-vzdelávacej činnosti, výsledkoch a podmienkach školy</w:t>
      </w:r>
    </w:p>
    <w:p w:rsidR="00284370" w:rsidRDefault="00BA231D">
      <w:pPr>
        <w:spacing w:after="80"/>
      </w:pPr>
      <w:r>
        <w:t>Pedagogická rada prerokovala Správu o výchovno-vzdelávacej činnosti, výsledkoch a podmienkach školy a jej závery. Pri prerokovaní boli zohľadnené všeobecné výsledky práce školy a podmienky zabezpečovania výchovy a vzdelávania.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PREROKOVANÉ.</w:t>
      </w:r>
    </w:p>
    <w:p w:rsidR="00284370" w:rsidRDefault="00BA231D">
      <w:pPr>
        <w:spacing w:before="140" w:after="60"/>
      </w:pPr>
      <w:r>
        <w:rPr>
          <w:b/>
          <w:sz w:val="22"/>
        </w:rPr>
        <w:t>10. Vyhodnotenie plnenia plánu práce školy</w:t>
      </w:r>
    </w:p>
    <w:p w:rsidR="00284370" w:rsidRDefault="00BA231D">
      <w:pPr>
        <w:spacing w:after="80"/>
      </w:pPr>
      <w:r>
        <w:t>Pedagogická rada prerokovala vyhodnotenie plnenia plánu práce školy za školský rok 2025/2026 a vyhodnotila splnené a nesplnené úlohy. Riaditeľka informovala o splnení plánovaných úloh a o oblastiach, v ktorých bude potrebné pokračovať v ďalšom školskom roku.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PREROKOVANÉ.</w:t>
      </w:r>
    </w:p>
    <w:p w:rsidR="00284370" w:rsidRDefault="00BA231D">
      <w:pPr>
        <w:spacing w:before="140" w:after="60"/>
      </w:pPr>
      <w:r>
        <w:rPr>
          <w:b/>
          <w:sz w:val="22"/>
        </w:rPr>
        <w:t>11. Hodnotenie výchovno-vzdelávacích výsledkov</w:t>
      </w:r>
    </w:p>
    <w:p w:rsidR="00284370" w:rsidRDefault="00BA231D">
      <w:pPr>
        <w:spacing w:after="80"/>
      </w:pPr>
      <w:r>
        <w:t>Pedagogická rada prerokovala a vyhodnotila výchovno-vzdelávacie výsledky školy za školský rok 2025/2026 a súvisiace opatrenia. Prerokovanie bolo vedené vo všeobecnej rovine bez uvádzania osobných údajov konkrétnych detí.</w:t>
      </w:r>
    </w:p>
    <w:p w:rsidR="00284370" w:rsidRDefault="00BA231D">
      <w:pPr>
        <w:spacing w:after="100"/>
        <w:rPr>
          <w:b/>
          <w:sz w:val="20"/>
        </w:rPr>
      </w:pPr>
      <w:proofErr w:type="spellStart"/>
      <w:r>
        <w:rPr>
          <w:b/>
          <w:sz w:val="20"/>
        </w:rPr>
        <w:lastRenderedPageBreak/>
        <w:t>Stav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prerokovania</w:t>
      </w:r>
      <w:proofErr w:type="spellEnd"/>
      <w:r>
        <w:rPr>
          <w:b/>
          <w:sz w:val="20"/>
        </w:rPr>
        <w:t>: PREROKOVANÉ.</w:t>
      </w:r>
    </w:p>
    <w:p w:rsidR="00743568" w:rsidRDefault="00743568" w:rsidP="00743568">
      <w:pPr>
        <w:spacing w:after="100"/>
        <w:rPr>
          <w:b/>
          <w:sz w:val="20"/>
        </w:rPr>
      </w:pPr>
      <w:r>
        <w:rPr>
          <w:b/>
          <w:sz w:val="20"/>
        </w:rPr>
        <w:t xml:space="preserve">12. </w:t>
      </w:r>
      <w:proofErr w:type="spellStart"/>
      <w:r>
        <w:rPr>
          <w:b/>
          <w:sz w:val="20"/>
        </w:rPr>
        <w:t>Organizácia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výchova</w:t>
      </w:r>
      <w:proofErr w:type="spellEnd"/>
      <w:r>
        <w:rPr>
          <w:b/>
          <w:sz w:val="20"/>
        </w:rPr>
        <w:t xml:space="preserve"> a </w:t>
      </w:r>
      <w:proofErr w:type="spellStart"/>
      <w:r>
        <w:rPr>
          <w:b/>
          <w:sz w:val="20"/>
        </w:rPr>
        <w:t>vzdelávania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zadelenie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detí</w:t>
      </w:r>
      <w:proofErr w:type="spellEnd"/>
      <w:r>
        <w:rPr>
          <w:b/>
          <w:sz w:val="20"/>
        </w:rPr>
        <w:t xml:space="preserve"> do tried </w:t>
      </w:r>
    </w:p>
    <w:p w:rsidR="00743568" w:rsidRPr="006E5922" w:rsidRDefault="00743568" w:rsidP="00743568">
      <w:pPr>
        <w:spacing w:after="100"/>
      </w:pPr>
      <w:proofErr w:type="spellStart"/>
      <w:r>
        <w:rPr>
          <w:sz w:val="20"/>
        </w:rPr>
        <w:t>Pedagogická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rada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prerokovala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organizačné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pokyny</w:t>
      </w:r>
      <w:proofErr w:type="spellEnd"/>
      <w:r>
        <w:rPr>
          <w:sz w:val="20"/>
        </w:rPr>
        <w:t xml:space="preserve"> k </w:t>
      </w:r>
      <w:proofErr w:type="spellStart"/>
      <w:r>
        <w:rPr>
          <w:sz w:val="20"/>
        </w:rPr>
        <w:t>otvoreniu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školského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roku,venovala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sa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zadeleniu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detí</w:t>
      </w:r>
      <w:proofErr w:type="spellEnd"/>
      <w:r>
        <w:rPr>
          <w:sz w:val="20"/>
        </w:rPr>
        <w:t xml:space="preserve"> do tried s </w:t>
      </w:r>
      <w:proofErr w:type="spellStart"/>
      <w:r>
        <w:rPr>
          <w:sz w:val="20"/>
        </w:rPr>
        <w:t>tým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že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súhlasila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ponechať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zmiešanú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vekovú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skupinu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detí</w:t>
      </w:r>
      <w:proofErr w:type="spellEnd"/>
      <w:r>
        <w:rPr>
          <w:sz w:val="20"/>
        </w:rPr>
        <w:t xml:space="preserve"> v </w:t>
      </w:r>
      <w:proofErr w:type="spellStart"/>
      <w:r>
        <w:rPr>
          <w:sz w:val="20"/>
        </w:rPr>
        <w:t>jednotlivých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triedach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heterogénnu</w:t>
      </w:r>
      <w:proofErr w:type="spellEnd"/>
      <w:r>
        <w:rPr>
          <w:sz w:val="20"/>
        </w:rPr>
        <w:t>).</w:t>
      </w:r>
    </w:p>
    <w:p w:rsidR="00743568" w:rsidRDefault="00743568" w:rsidP="00743568">
      <w:pPr>
        <w:spacing w:after="100"/>
        <w:rPr>
          <w:b/>
          <w:sz w:val="20"/>
        </w:rPr>
      </w:pPr>
      <w:proofErr w:type="spellStart"/>
      <w:r>
        <w:rPr>
          <w:b/>
          <w:sz w:val="20"/>
        </w:rPr>
        <w:t>Stav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prerokovania</w:t>
      </w:r>
      <w:proofErr w:type="spellEnd"/>
      <w:r>
        <w:rPr>
          <w:b/>
          <w:sz w:val="20"/>
        </w:rPr>
        <w:t>: OBOZNÁMENÉ / PREROKOVANÉ.</w:t>
      </w:r>
    </w:p>
    <w:p w:rsidR="00743568" w:rsidRDefault="00743568">
      <w:pPr>
        <w:spacing w:after="100"/>
      </w:pPr>
    </w:p>
    <w:p w:rsidR="00284370" w:rsidRDefault="00896321">
      <w:pPr>
        <w:spacing w:before="140" w:after="60"/>
      </w:pPr>
      <w:r>
        <w:rPr>
          <w:b/>
          <w:sz w:val="22"/>
        </w:rPr>
        <w:t>13</w:t>
      </w:r>
      <w:r w:rsidR="00BA231D">
        <w:rPr>
          <w:b/>
          <w:sz w:val="22"/>
        </w:rPr>
        <w:t>. Výsledky pedagogickej diagnostiky</w:t>
      </w:r>
    </w:p>
    <w:p w:rsidR="00284370" w:rsidRDefault="00BA231D">
      <w:pPr>
        <w:spacing w:after="80"/>
      </w:pPr>
      <w:r>
        <w:t>Pedagogická rada prerokovala všeobecné pedagogické zistenia vyplývajúce z pedagogickej diagnostiky a ich význam pre plánovanie a realizáciu výchovno-vzdelávacej činnosti. Konkrétne osobné údaje detí a jednotlivé prípady sa do všeobecnej zápisnice nezaznamenávajú.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PREROKOVANÉ.</w:t>
      </w:r>
    </w:p>
    <w:p w:rsidR="00284370" w:rsidRDefault="00896321">
      <w:pPr>
        <w:spacing w:before="140" w:after="60"/>
      </w:pPr>
      <w:r>
        <w:rPr>
          <w:b/>
          <w:sz w:val="22"/>
        </w:rPr>
        <w:t>14</w:t>
      </w:r>
      <w:r w:rsidR="00BA231D">
        <w:rPr>
          <w:b/>
          <w:sz w:val="22"/>
        </w:rPr>
        <w:t>. Plán profesijného rozvoja</w:t>
      </w:r>
    </w:p>
    <w:p w:rsidR="00284370" w:rsidRDefault="00BA231D">
      <w:pPr>
        <w:spacing w:after="80"/>
      </w:pPr>
      <w:r>
        <w:t>Pedagogická rada prerokovala Plán profesijného rozvoja, potreby a priority profesijného rozvoja pedagogických a odborných zamestnancov na školský rok 2026/2027.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PREROKOVANÉ.</w:t>
      </w:r>
    </w:p>
    <w:p w:rsidR="00284370" w:rsidRDefault="00896321">
      <w:pPr>
        <w:spacing w:before="140" w:after="60"/>
      </w:pPr>
      <w:r>
        <w:rPr>
          <w:b/>
          <w:sz w:val="22"/>
        </w:rPr>
        <w:t>15</w:t>
      </w:r>
      <w:r w:rsidR="00BA231D">
        <w:rPr>
          <w:b/>
          <w:sz w:val="22"/>
        </w:rPr>
        <w:t>. Plán adaptačného vzdelávania</w:t>
      </w:r>
    </w:p>
    <w:p w:rsidR="00284370" w:rsidRDefault="00BA231D">
      <w:pPr>
        <w:spacing w:after="80"/>
      </w:pPr>
      <w:r>
        <w:t>Pedagogická rada prerokovala a zároveň bola oboznámená s organizáciou adaptačného vzdelávania a s postupmi súvisiacimi s jeho realizáciou. Konkrétne osobné údaje zamestnancov sú vedené v príslušnej dokumentácii školy.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 / OBOZNÁMENÉ.</w:t>
      </w:r>
    </w:p>
    <w:p w:rsidR="00284370" w:rsidRDefault="00896321">
      <w:pPr>
        <w:spacing w:before="140" w:after="60"/>
      </w:pPr>
      <w:r>
        <w:rPr>
          <w:b/>
          <w:sz w:val="22"/>
        </w:rPr>
        <w:t>16</w:t>
      </w:r>
      <w:r w:rsidR="00BA231D">
        <w:rPr>
          <w:b/>
          <w:sz w:val="22"/>
        </w:rPr>
        <w:t>. Plány pedagogických / odborných tímov</w:t>
      </w:r>
    </w:p>
    <w:p w:rsidR="00284370" w:rsidRDefault="00BA231D">
      <w:pPr>
        <w:spacing w:after="80"/>
      </w:pPr>
      <w:r>
        <w:t>Pedagogická rada prerokovala organizáciu práce pedagogických a odborných tímov, oboznámila sa s ich úlohami a koordinovala vzájomnú súčinnosť pri zabezpečovaní výchovy, vzdelávania a podpory detí.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 / OBOZNÁMENÉ.</w:t>
      </w:r>
    </w:p>
    <w:p w:rsidR="00284370" w:rsidRDefault="00896321">
      <w:pPr>
        <w:spacing w:before="140" w:after="60"/>
      </w:pPr>
      <w:r>
        <w:rPr>
          <w:b/>
          <w:sz w:val="22"/>
        </w:rPr>
        <w:t>17</w:t>
      </w:r>
      <w:r w:rsidR="00BA231D">
        <w:rPr>
          <w:b/>
          <w:sz w:val="22"/>
        </w:rPr>
        <w:t>. Krízový plán / plán krízovej intervencie</w:t>
      </w:r>
    </w:p>
    <w:p w:rsidR="00284370" w:rsidRDefault="00BA231D">
      <w:pPr>
        <w:spacing w:after="80"/>
      </w:pPr>
      <w:r>
        <w:t>Pedagogická rada prerokovala a zároveň bola oboznámená s Krízovým plánom / plánom krízovej intervencie, najmä s postupmi, zodpovednosťami a spôsobom zabezpečenia súčinnosti zamestnancov školy.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 / OBOZNÁMENÉ.</w:t>
      </w:r>
    </w:p>
    <w:p w:rsidR="00284370" w:rsidRDefault="00896321">
      <w:pPr>
        <w:spacing w:before="140" w:after="60"/>
      </w:pPr>
      <w:r>
        <w:rPr>
          <w:b/>
          <w:sz w:val="22"/>
        </w:rPr>
        <w:t>18</w:t>
      </w:r>
      <w:r w:rsidR="00BA231D">
        <w:rPr>
          <w:b/>
          <w:sz w:val="22"/>
        </w:rPr>
        <w:t>. Systém podporných opatrení</w:t>
      </w:r>
    </w:p>
    <w:p w:rsidR="00284370" w:rsidRDefault="00BA231D">
      <w:pPr>
        <w:spacing w:after="80"/>
      </w:pPr>
      <w:r>
        <w:t xml:space="preserve">Pedagogická rada </w:t>
      </w:r>
      <w:proofErr w:type="spellStart"/>
      <w:r>
        <w:t>prerokovala</w:t>
      </w:r>
      <w:proofErr w:type="spellEnd"/>
      <w:r>
        <w:t xml:space="preserve"> </w:t>
      </w:r>
      <w:proofErr w:type="spellStart"/>
      <w:r>
        <w:t>všeobecný</w:t>
      </w:r>
      <w:proofErr w:type="spellEnd"/>
      <w:r>
        <w:t xml:space="preserve"> </w:t>
      </w:r>
      <w:proofErr w:type="spellStart"/>
      <w:proofErr w:type="gramStart"/>
      <w:r>
        <w:t>systém</w:t>
      </w:r>
      <w:proofErr w:type="spellEnd"/>
      <w:r>
        <w:t xml:space="preserve"> </w:t>
      </w:r>
      <w:r w:rsidR="00896321">
        <w:t xml:space="preserve"> </w:t>
      </w:r>
      <w:proofErr w:type="spellStart"/>
      <w:r w:rsidR="00896321">
        <w:t>prípadných</w:t>
      </w:r>
      <w:proofErr w:type="spellEnd"/>
      <w:proofErr w:type="gramEnd"/>
      <w:r w:rsidR="00896321">
        <w:t xml:space="preserve"> </w:t>
      </w:r>
      <w:proofErr w:type="spellStart"/>
      <w:r>
        <w:t>podporných</w:t>
      </w:r>
      <w:proofErr w:type="spellEnd"/>
      <w:r>
        <w:t xml:space="preserve"> </w:t>
      </w:r>
      <w:proofErr w:type="spellStart"/>
      <w:r>
        <w:t>opatrení</w:t>
      </w:r>
      <w:proofErr w:type="spellEnd"/>
      <w:r w:rsidR="00896321">
        <w:t xml:space="preserve">, </w:t>
      </w:r>
      <w:proofErr w:type="spellStart"/>
      <w:r w:rsidR="00896321">
        <w:t>plánu</w:t>
      </w:r>
      <w:proofErr w:type="spellEnd"/>
      <w:r w:rsidR="00896321">
        <w:t xml:space="preserve"> </w:t>
      </w:r>
      <w:proofErr w:type="spellStart"/>
      <w:r w:rsidR="00896321">
        <w:t>individuálnej</w:t>
      </w:r>
      <w:proofErr w:type="spellEnd"/>
      <w:r w:rsidR="00896321">
        <w:t xml:space="preserve"> </w:t>
      </w:r>
      <w:proofErr w:type="spellStart"/>
      <w:r w:rsidR="00896321">
        <w:t>pedagogickej</w:t>
      </w:r>
      <w:proofErr w:type="spellEnd"/>
      <w:r w:rsidR="00896321">
        <w:t xml:space="preserve"> </w:t>
      </w:r>
      <w:proofErr w:type="spellStart"/>
      <w:r w:rsidR="00896321">
        <w:t>podpory</w:t>
      </w:r>
      <w:proofErr w:type="spellEnd"/>
      <w:r>
        <w:t xml:space="preserve"> a </w:t>
      </w:r>
      <w:proofErr w:type="spellStart"/>
      <w:r>
        <w:t>oboznámila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 organizáciou poskytovania podpory deťom podľa ich individuálnych potrieb a príslušnej dokumentácie školy. Konkrétne prípady detí a osobné údaje sa v tejto všeobecnej zápisnici neuvádzajú.</w:t>
      </w:r>
    </w:p>
    <w:p w:rsidR="00284370" w:rsidRDefault="00BA231D">
      <w:pPr>
        <w:spacing w:after="100"/>
      </w:pPr>
      <w:r>
        <w:rPr>
          <w:b/>
          <w:sz w:val="20"/>
        </w:rPr>
        <w:t>Stav prerokovania: PREROKOVANÉ / OBOZNÁMENÉ.</w:t>
      </w:r>
    </w:p>
    <w:p w:rsidR="00284370" w:rsidRDefault="00896321">
      <w:pPr>
        <w:spacing w:before="140" w:after="60"/>
      </w:pPr>
      <w:r>
        <w:rPr>
          <w:b/>
          <w:sz w:val="22"/>
        </w:rPr>
        <w:t>1</w:t>
      </w:r>
      <w:r w:rsidR="006E5922">
        <w:rPr>
          <w:b/>
          <w:sz w:val="22"/>
        </w:rPr>
        <w:t>9</w:t>
      </w:r>
      <w:r w:rsidR="00BA231D">
        <w:rPr>
          <w:b/>
          <w:sz w:val="22"/>
        </w:rPr>
        <w:t>. Interné smernice</w:t>
      </w:r>
    </w:p>
    <w:p w:rsidR="00284370" w:rsidRDefault="00BA231D">
      <w:pPr>
        <w:spacing w:after="80"/>
      </w:pPr>
      <w:r>
        <w:t>Pedagogická rada prerokovala alebo bola oboznámená s internými smernicami školy v rozsahu, v akom sa týkajú pedagogicko-organizačnej činnosti. Osobitne bola prerokovaná Smernica č. 35 – transparentné odmeňovanie a pravidlá jej uplatňovania.</w:t>
      </w:r>
    </w:p>
    <w:p w:rsidR="00284370" w:rsidRDefault="00BA231D">
      <w:pPr>
        <w:spacing w:after="100"/>
      </w:pPr>
      <w:r>
        <w:rPr>
          <w:b/>
          <w:sz w:val="20"/>
        </w:rPr>
        <w:lastRenderedPageBreak/>
        <w:t>Stav prerokovania: PREROKOVANÉ / OBOZNÁMENÉ.</w:t>
      </w:r>
    </w:p>
    <w:p w:rsidR="00284370" w:rsidRDefault="006E5922">
      <w:pPr>
        <w:spacing w:before="140" w:after="60"/>
      </w:pPr>
      <w:r>
        <w:rPr>
          <w:b/>
          <w:sz w:val="22"/>
        </w:rPr>
        <w:t>20</w:t>
      </w:r>
      <w:r w:rsidR="00BA231D">
        <w:rPr>
          <w:b/>
          <w:sz w:val="22"/>
        </w:rPr>
        <w:t>. Pracovný poriadok</w:t>
      </w:r>
    </w:p>
    <w:p w:rsidR="00284370" w:rsidRDefault="00BA231D">
      <w:pPr>
        <w:spacing w:after="80"/>
      </w:pPr>
      <w:r>
        <w:t>Pedagogická rada bola oboznámená s relevantnými časťami Pracovného poriadku a prerokovala ustanovenia súvisiace s organizáciou práce a pracovnými povinnosťami zamestnancov školy.</w:t>
      </w:r>
    </w:p>
    <w:p w:rsidR="00BF23F6" w:rsidRDefault="00BA231D" w:rsidP="00743568">
      <w:pPr>
        <w:spacing w:after="100"/>
        <w:rPr>
          <w:b/>
          <w:sz w:val="20"/>
        </w:rPr>
      </w:pPr>
      <w:r>
        <w:rPr>
          <w:b/>
          <w:sz w:val="20"/>
        </w:rPr>
        <w:t xml:space="preserve">Stav </w:t>
      </w:r>
      <w:proofErr w:type="spellStart"/>
      <w:r>
        <w:rPr>
          <w:b/>
          <w:sz w:val="20"/>
        </w:rPr>
        <w:t>prerokovania</w:t>
      </w:r>
      <w:proofErr w:type="spellEnd"/>
      <w:r>
        <w:rPr>
          <w:b/>
          <w:sz w:val="20"/>
        </w:rPr>
        <w:t>: OBOZNÁMENÉ / PREROKOVANÉ.</w:t>
      </w:r>
    </w:p>
    <w:p w:rsidR="001C0AC8" w:rsidRDefault="001C0AC8">
      <w:pPr>
        <w:spacing w:before="160" w:after="100"/>
        <w:rPr>
          <w:b/>
          <w:sz w:val="22"/>
        </w:rPr>
      </w:pPr>
    </w:p>
    <w:p w:rsidR="001C0AC8" w:rsidRDefault="001C0AC8" w:rsidP="001C0AC8">
      <w:pPr>
        <w:spacing w:before="140" w:after="60"/>
        <w:rPr>
          <w:b/>
          <w:sz w:val="22"/>
        </w:rPr>
      </w:pPr>
      <w:r>
        <w:rPr>
          <w:b/>
          <w:sz w:val="22"/>
        </w:rPr>
        <w:t>BOD č. 3</w:t>
      </w:r>
    </w:p>
    <w:p w:rsidR="001C0AC8" w:rsidRDefault="001C0AC8" w:rsidP="001C0AC8">
      <w:pPr>
        <w:spacing w:before="140" w:after="60"/>
      </w:pPr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Organizácia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výchovy</w:t>
      </w:r>
      <w:proofErr w:type="spellEnd"/>
      <w:r>
        <w:rPr>
          <w:b/>
          <w:sz w:val="22"/>
        </w:rPr>
        <w:t xml:space="preserve"> a </w:t>
      </w:r>
      <w:proofErr w:type="spellStart"/>
      <w:r>
        <w:rPr>
          <w:b/>
          <w:sz w:val="22"/>
        </w:rPr>
        <w:t>vzdelávania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ďalší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školský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rok</w:t>
      </w:r>
      <w:proofErr w:type="spellEnd"/>
    </w:p>
    <w:p w:rsidR="001C0AC8" w:rsidRDefault="001C0AC8" w:rsidP="001C0AC8">
      <w:pPr>
        <w:spacing w:after="80"/>
      </w:pPr>
      <w:proofErr w:type="spellStart"/>
      <w:r>
        <w:t>Pedagogická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prerokovala</w:t>
      </w:r>
      <w:proofErr w:type="spellEnd"/>
      <w:r>
        <w:t xml:space="preserve"> </w:t>
      </w:r>
      <w:proofErr w:type="spellStart"/>
      <w:r>
        <w:t>organizáciu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vzdelávania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školský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2026/2027, </w:t>
      </w:r>
      <w:proofErr w:type="spellStart"/>
      <w:r>
        <w:t>počty</w:t>
      </w:r>
      <w:proofErr w:type="spellEnd"/>
      <w:r>
        <w:t xml:space="preserve"> a </w:t>
      </w:r>
      <w:proofErr w:type="spellStart"/>
      <w:r>
        <w:t>zadelenie</w:t>
      </w:r>
      <w:proofErr w:type="spellEnd"/>
      <w:r>
        <w:t xml:space="preserve"> </w:t>
      </w:r>
      <w:proofErr w:type="spellStart"/>
      <w:r>
        <w:t>detí</w:t>
      </w:r>
      <w:proofErr w:type="spellEnd"/>
      <w:r>
        <w:t xml:space="preserve"> do tried a </w:t>
      </w:r>
      <w:proofErr w:type="spellStart"/>
      <w:r>
        <w:t>súvisiace</w:t>
      </w:r>
      <w:proofErr w:type="spellEnd"/>
      <w:r>
        <w:t xml:space="preserve"> </w:t>
      </w:r>
      <w:proofErr w:type="spellStart"/>
      <w:r>
        <w:t>pedagogické</w:t>
      </w:r>
      <w:proofErr w:type="spellEnd"/>
      <w:r>
        <w:t xml:space="preserve"> a </w:t>
      </w:r>
      <w:proofErr w:type="spellStart"/>
      <w:r>
        <w:t>organizačné</w:t>
      </w:r>
      <w:proofErr w:type="spellEnd"/>
      <w:r>
        <w:t xml:space="preserve"> </w:t>
      </w:r>
      <w:proofErr w:type="spellStart"/>
      <w:r>
        <w:t>otázky</w:t>
      </w:r>
      <w:proofErr w:type="spellEnd"/>
      <w:r>
        <w:t>.</w:t>
      </w:r>
    </w:p>
    <w:p w:rsidR="001C0AC8" w:rsidRDefault="001C0AC8" w:rsidP="001C0AC8">
      <w:pPr>
        <w:spacing w:after="100"/>
      </w:pPr>
      <w:proofErr w:type="spellStart"/>
      <w:r>
        <w:rPr>
          <w:b/>
          <w:sz w:val="20"/>
        </w:rPr>
        <w:t>Stav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prerokovania</w:t>
      </w:r>
      <w:proofErr w:type="spellEnd"/>
      <w:r>
        <w:rPr>
          <w:b/>
          <w:sz w:val="20"/>
        </w:rPr>
        <w:t>: PREROKOVANÉ.</w:t>
      </w:r>
    </w:p>
    <w:p w:rsidR="00284370" w:rsidRDefault="00BA231D">
      <w:pPr>
        <w:spacing w:before="160" w:after="100"/>
      </w:pPr>
      <w:proofErr w:type="spellStart"/>
      <w:r>
        <w:rPr>
          <w:b/>
          <w:sz w:val="22"/>
        </w:rPr>
        <w:t>Organizácia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výchovy</w:t>
      </w:r>
      <w:proofErr w:type="spellEnd"/>
      <w:r>
        <w:rPr>
          <w:b/>
          <w:sz w:val="22"/>
        </w:rPr>
        <w:t xml:space="preserve"> a </w:t>
      </w:r>
      <w:proofErr w:type="spellStart"/>
      <w:r>
        <w:rPr>
          <w:b/>
          <w:sz w:val="22"/>
        </w:rPr>
        <w:t>vzdelávania</w:t>
      </w:r>
      <w:proofErr w:type="spellEnd"/>
      <w:r>
        <w:rPr>
          <w:b/>
          <w:sz w:val="22"/>
        </w:rPr>
        <w:t xml:space="preserve"> – zadelenie detí do tried a pedagogicko-organizačné otázky</w:t>
      </w:r>
    </w:p>
    <w:p w:rsidR="00284370" w:rsidRDefault="00BA231D">
      <w:pPr>
        <w:spacing w:after="80"/>
      </w:pPr>
      <w:r>
        <w:t>Pedagogická rada prerokovala organizáciu výchovy a vzdelávania na školský rok 2026/2027, vrátane zadelenia detí do tried a súvisiacich pedagogicko-organizačných otázok. Prerokované boli všeobecné organizačné podmienky a zabezpečenie potrebnej pedagogickej podpory.</w:t>
      </w:r>
    </w:p>
    <w:p w:rsidR="00284370" w:rsidRDefault="00BA231D">
      <w:pPr>
        <w:spacing w:after="80"/>
      </w:pPr>
      <w:r>
        <w:t>Konkrétne osobné údaje detí a podrobnosti jednotlivých prípadov sa nezaznamenávajú do všeobecnej zápisnice; vedú sa v príslušnej dokumentácii školy.</w:t>
      </w:r>
    </w:p>
    <w:p w:rsidR="00284370" w:rsidRDefault="00BA231D">
      <w:pPr>
        <w:spacing w:after="80"/>
      </w:pPr>
      <w:r>
        <w:t xml:space="preserve">Záver k bodu: Pedagogická rada prerokovala organizačné a pedagogické otázky a berie na vedomie zabezpečenie podpory detí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</w:t>
      </w:r>
      <w:proofErr w:type="spellStart"/>
      <w:r>
        <w:t>individuálnych</w:t>
      </w:r>
      <w:proofErr w:type="spellEnd"/>
      <w:r>
        <w:t xml:space="preserve"> </w:t>
      </w:r>
      <w:proofErr w:type="spellStart"/>
      <w:r>
        <w:t>potrieb</w:t>
      </w:r>
      <w:proofErr w:type="spellEnd"/>
      <w:r>
        <w:t xml:space="preserve"> a </w:t>
      </w:r>
      <w:proofErr w:type="spellStart"/>
      <w:r>
        <w:t>príslušnej</w:t>
      </w:r>
      <w:proofErr w:type="spellEnd"/>
      <w:r>
        <w:t xml:space="preserve"> </w:t>
      </w:r>
      <w:proofErr w:type="spellStart"/>
      <w:r>
        <w:t>dokumentácie</w:t>
      </w:r>
      <w:proofErr w:type="spellEnd"/>
      <w:r>
        <w:t>.</w:t>
      </w:r>
    </w:p>
    <w:p w:rsidR="00830327" w:rsidRPr="00830327" w:rsidRDefault="00830327">
      <w:pPr>
        <w:spacing w:after="80"/>
        <w:rPr>
          <w:b/>
        </w:rPr>
      </w:pPr>
      <w:r w:rsidRPr="00830327">
        <w:rPr>
          <w:b/>
        </w:rPr>
        <w:t>BOD č. 4</w:t>
      </w:r>
    </w:p>
    <w:p w:rsidR="00284370" w:rsidRDefault="00BA231D">
      <w:pPr>
        <w:spacing w:before="160" w:after="100"/>
      </w:pPr>
      <w:proofErr w:type="spellStart"/>
      <w:r>
        <w:rPr>
          <w:b/>
          <w:sz w:val="22"/>
        </w:rPr>
        <w:t>Diskusia</w:t>
      </w:r>
      <w:proofErr w:type="spellEnd"/>
    </w:p>
    <w:p w:rsidR="00284370" w:rsidRDefault="00BA231D">
      <w:pPr>
        <w:spacing w:after="80"/>
      </w:pPr>
      <w:r>
        <w:t>• Profesijné vzdelávanie a vzájomná spolupráca pedagogických zamestnancov – prerokované boli plánované interné workshopy počas školského roka 2026/2027, najmä diferenciácia a individualizácia v MŠ, zmysluplné využívanie IKT, pedagogická diagnostika, hodnotenie a sebahodnotenie a zdieľanie dobrej praxe medzi organizačnými zložkami.</w:t>
      </w:r>
    </w:p>
    <w:p w:rsidR="00284370" w:rsidRDefault="00BA231D">
      <w:pPr>
        <w:spacing w:after="80"/>
      </w:pPr>
      <w:r>
        <w:t>• Aktualizačné vzdelávanie pedagogických zamestnancov – pedagogická rada bola oboznámená s plánovaným aktualizačným vzdelávaním v rozsahu 10 hodín, z toho 6 hodín prezenčne a 4 hodiny dištančne.</w:t>
      </w:r>
    </w:p>
    <w:p w:rsidR="00284370" w:rsidRDefault="00BA231D">
      <w:pPr>
        <w:spacing w:after="80"/>
      </w:pPr>
      <w:r>
        <w:t>• Rámcový harmonogram aktivít, projektov a podujatí školy – zamestnanci boli oboznámení s plánovanými adaptačnými, environmentálnymi, kultúrnymi, tvorivými, pohybovými, komunikačnými a predčitateľskými aktivitami, aktivitami na podporu zdravého životného štýlu, primeraného využívania IKT a spolupráce s rodinou a partnermi.</w:t>
      </w:r>
    </w:p>
    <w:p w:rsidR="00284370" w:rsidRDefault="00BA231D">
      <w:pPr>
        <w:spacing w:after="80"/>
      </w:pPr>
      <w:r>
        <w:t>• Galéria školy a slovenský folklór – prerokovaná bola plánovaná výstava venovaná slovenskému folklóru a tradíciám so zameraním na Hrušov v septembri 2026 a jej využitie vo výchovno-vzdelávacej činnosti.</w:t>
      </w:r>
    </w:p>
    <w:p w:rsidR="00284370" w:rsidRDefault="00BA231D">
      <w:pPr>
        <w:spacing w:after="80"/>
      </w:pPr>
      <w:r>
        <w:t>• Putovná knižnica a rozvoj komunikácie – pedagogická rada prerokovala pokračovanie projektu Putovná knižnica a ďalších aktivít podporujúcich vzťah detí ku knihám, počúvanie, rozprávanie, predčitateľskú gramotnosť a fonematické uvedomovanie.</w:t>
      </w:r>
    </w:p>
    <w:p w:rsidR="00284370" w:rsidRDefault="00BA231D">
      <w:pPr>
        <w:spacing w:after="80"/>
      </w:pPr>
      <w:r>
        <w:lastRenderedPageBreak/>
        <w:t>• Environmentálne zameranie školy – prerokovaná bola kontinuita environmentálneho zamerania školy prostredníctvom plánovaných projektov a aktivít.</w:t>
      </w:r>
    </w:p>
    <w:p w:rsidR="00284370" w:rsidRDefault="00BA231D">
      <w:pPr>
        <w:spacing w:after="80"/>
      </w:pPr>
      <w:r>
        <w:t>• Spolupráca s rodičmi, partnermi a verejnosťou – pedagogická rada bola oboznámená s plánovanou spoluprácou a aktivitami školy smerom k rodičom, odborným a partnerským organizáciám a verejnosti.</w:t>
      </w:r>
    </w:p>
    <w:p w:rsidR="00284370" w:rsidRDefault="00BA231D">
      <w:pPr>
        <w:spacing w:after="80"/>
      </w:pPr>
      <w:r>
        <w:t>• Prezentácia práce školy a vyhodnocovanie aktivít – zamestnanci boli oboznámení so spôsobom vedenia záznamov o významných aktivitách školy a s ich využitím pri autoevalvácii školy, pedagogickej dokumentácii, hodnotení práce zamestnancov a informovaní zriaďovateľa a rodičov.</w:t>
      </w:r>
    </w:p>
    <w:p w:rsidR="00284370" w:rsidRDefault="00BA231D">
      <w:pPr>
        <w:spacing w:after="80"/>
      </w:pPr>
      <w:r>
        <w:t>• Vyhodnotenie plnenia Plánu aktivít školy a interných projektov za školský rok 2025/2026 – pedagogická rada prerokovala vyhodnotenie plánu a konštatovala splnenie plánovaných aktivít a interných projektov. Pozitívne bola hodnotená najmä spolupráca pedagogických zamestnancov a úspešné príklady dobrej praxe.</w:t>
      </w:r>
    </w:p>
    <w:p w:rsidR="00284370" w:rsidRDefault="00BA231D">
      <w:pPr>
        <w:spacing w:after="80"/>
      </w:pPr>
      <w:r>
        <w:t>• Spolupráca s RÚVZ v Nitre a výsledky školskej inšpekcie – pedagogická rada bola oboznámená s pozitívnou spoluprácou s RÚVZ v Nitre a s výsledkami vykonaného inšpekčného výkonu. Riaditeľka zdôraznila potrebu pokračovať v skvalitňovaní pedagogického riadenia a výchovno-vzdelávacej činnosti.</w:t>
      </w:r>
    </w:p>
    <w:p w:rsidR="00284370" w:rsidRDefault="00BA231D">
      <w:pPr>
        <w:spacing w:after="80"/>
      </w:pPr>
      <w:r>
        <w:t>Záver diskusie: Pedagogická rada prerokovala predložené návrhy a podnety a zamestnanci boli oboznámení s plánovanými aktivitami, projektmi, interným profesijným rozvojom a spoluprácou školy na školský rok 2026/2027.</w:t>
      </w:r>
    </w:p>
    <w:p w:rsidR="00284370" w:rsidRDefault="00BA231D">
      <w:pPr>
        <w:spacing w:before="160" w:after="100"/>
      </w:pPr>
      <w:r>
        <w:rPr>
          <w:b/>
          <w:sz w:val="26"/>
        </w:rPr>
        <w:t>4. UZNESENIA PEDAGOGICKEJ RADY</w:t>
      </w:r>
    </w:p>
    <w:p w:rsidR="00284370" w:rsidRDefault="00BA231D">
      <w:pPr>
        <w:spacing w:after="40"/>
      </w:pPr>
      <w:r>
        <w:t>Uznesenie č. 1: Pedagogická rada prerokovala Školský poriadok.</w:t>
      </w:r>
    </w:p>
    <w:p w:rsidR="00284370" w:rsidRDefault="00BA231D">
      <w:pPr>
        <w:spacing w:after="40"/>
      </w:pPr>
      <w:r>
        <w:t>Uznesenie č. 2: Pedagogická rada prerokovala Školský vzdelávací program (ŠkVP).</w:t>
      </w:r>
    </w:p>
    <w:p w:rsidR="00284370" w:rsidRDefault="00BA231D">
      <w:pPr>
        <w:spacing w:after="40"/>
      </w:pPr>
      <w:r>
        <w:t>Uznesenie č. 3: Pedagogická rada prerokovala Ročný plán / Plán práce školy.</w:t>
      </w:r>
    </w:p>
    <w:p w:rsidR="00284370" w:rsidRDefault="00BA231D">
      <w:pPr>
        <w:spacing w:after="40"/>
      </w:pPr>
      <w:r>
        <w:t>Uznesenie č. 4: Pedagogická rada prerokovala Ročný plán aktivít školy.</w:t>
      </w:r>
    </w:p>
    <w:p w:rsidR="00284370" w:rsidRDefault="00BA231D">
      <w:pPr>
        <w:spacing w:after="40"/>
      </w:pPr>
      <w:r>
        <w:t>Uznesenie č. 5: Pedagogická rada prerokovala Plán vnútroškolskej kontroly.</w:t>
      </w:r>
    </w:p>
    <w:p w:rsidR="00284370" w:rsidRDefault="00BA231D">
      <w:pPr>
        <w:spacing w:after="40"/>
      </w:pPr>
      <w:r>
        <w:t>Uznesenie č. 6: Pedagogická rada prerokovala Plán hospitačnej činnosti.</w:t>
      </w:r>
    </w:p>
    <w:p w:rsidR="00284370" w:rsidRDefault="00BA231D">
      <w:pPr>
        <w:spacing w:after="40"/>
      </w:pPr>
      <w:r>
        <w:t>Uznesenie č. 7: Pedagogická rada prerokovala Plán zasadnutí pedagogickej rady.</w:t>
      </w:r>
    </w:p>
    <w:p w:rsidR="00284370" w:rsidRDefault="00BA231D">
      <w:pPr>
        <w:spacing w:after="40"/>
      </w:pPr>
      <w:r>
        <w:t>Uznesenie č. 8: Pedagogická rada prerokovala Rokovací poriadok pedagogickej rady.</w:t>
      </w:r>
    </w:p>
    <w:p w:rsidR="00284370" w:rsidRDefault="00BA231D">
      <w:pPr>
        <w:spacing w:after="40"/>
      </w:pPr>
      <w:r>
        <w:t>Uznesenie č. 9: Pedagogická rada prerokovala Správa o výchovno-vzdelávacej činnosti, výsledkoch a podmienkach školy.</w:t>
      </w:r>
    </w:p>
    <w:p w:rsidR="00284370" w:rsidRDefault="00BA231D">
      <w:pPr>
        <w:spacing w:after="40"/>
      </w:pPr>
      <w:r>
        <w:t>Uznesenie č. 10: Pedagogická rada prerokovala  Vyhodnotenie plnenia plánu práce školy.</w:t>
      </w:r>
    </w:p>
    <w:p w:rsidR="00284370" w:rsidRDefault="00BA231D">
      <w:pPr>
        <w:spacing w:after="40"/>
      </w:pPr>
      <w:r>
        <w:t>Uznesenie č. 11: Pedagogická rada prerokovala  Hodnotenie výchovno-vzdelávacích výsledkov.</w:t>
      </w:r>
    </w:p>
    <w:p w:rsidR="00284370" w:rsidRDefault="00BA231D">
      <w:pPr>
        <w:spacing w:after="40"/>
      </w:pPr>
      <w:r>
        <w:t>Uznesenie č. 12: Pedagogická rada prerokovala  Organizácia výchovy a vzdelávania na ďalší školský rok.</w:t>
      </w:r>
    </w:p>
    <w:p w:rsidR="00284370" w:rsidRDefault="00BA231D">
      <w:pPr>
        <w:spacing w:after="40"/>
      </w:pPr>
      <w:r>
        <w:t>Uznesenie č. 13: Pedagogická rada prerokovala  Výsledky pedagogickej diagnostiky.</w:t>
      </w:r>
    </w:p>
    <w:p w:rsidR="00284370" w:rsidRDefault="00BA231D">
      <w:pPr>
        <w:spacing w:after="40"/>
      </w:pPr>
      <w:r>
        <w:t>Uznesenie č. 14: Pedagogická rada prerokovala  Plán profesijného rozvoja.</w:t>
      </w:r>
    </w:p>
    <w:p w:rsidR="00284370" w:rsidRDefault="00BA231D">
      <w:pPr>
        <w:spacing w:after="40"/>
      </w:pPr>
      <w:r>
        <w:t>Uznesenie č. 15: Pedagogická rada prerokovala  Plán adaptačného vzdelávania.</w:t>
      </w:r>
    </w:p>
    <w:p w:rsidR="00284370" w:rsidRDefault="00BA231D">
      <w:pPr>
        <w:spacing w:after="40"/>
      </w:pPr>
      <w:r>
        <w:t>Uznesenie č. 16: Pedagogická rada prerokovala  Plány pedagogických / odborných tímov.</w:t>
      </w:r>
    </w:p>
    <w:p w:rsidR="00284370" w:rsidRDefault="00BA231D">
      <w:pPr>
        <w:spacing w:after="40"/>
      </w:pPr>
      <w:r>
        <w:t>Uznesenie č. 17: Pedagogická rada prerokovala  Krízový plán / plán krízovej intervencie.</w:t>
      </w:r>
    </w:p>
    <w:p w:rsidR="00284370" w:rsidRDefault="00BA231D">
      <w:pPr>
        <w:spacing w:after="40"/>
      </w:pPr>
      <w:r>
        <w:t>Uznesenie č. 18: Pedagogická rada prerokovala  Systém podporných opatrení.</w:t>
      </w:r>
    </w:p>
    <w:p w:rsidR="00284370" w:rsidRDefault="00BA231D">
      <w:pPr>
        <w:spacing w:after="40"/>
      </w:pPr>
      <w:r>
        <w:t>Uznesenie č. 19: Pedagogická rada prerokovala  Interné smernice.</w:t>
      </w:r>
    </w:p>
    <w:p w:rsidR="00284370" w:rsidRDefault="00BA231D">
      <w:pPr>
        <w:spacing w:after="40"/>
      </w:pPr>
      <w:r>
        <w:t>Uznesenie č. 20: Pedagogická rada prerokovala  Pracovný poriadok.</w:t>
      </w:r>
    </w:p>
    <w:p w:rsidR="001C389A" w:rsidRDefault="001C389A">
      <w:pPr>
        <w:spacing w:after="80"/>
      </w:pPr>
    </w:p>
    <w:p w:rsidR="001C389A" w:rsidRDefault="001C389A">
      <w:pPr>
        <w:spacing w:after="80"/>
      </w:pPr>
    </w:p>
    <w:p w:rsidR="00284370" w:rsidRPr="008842A7" w:rsidRDefault="00BA231D">
      <w:pPr>
        <w:spacing w:after="80"/>
        <w:rPr>
          <w:b/>
        </w:rPr>
      </w:pPr>
      <w:proofErr w:type="spellStart"/>
      <w:r w:rsidRPr="008842A7">
        <w:rPr>
          <w:b/>
        </w:rPr>
        <w:t>Uznesenia</w:t>
      </w:r>
      <w:proofErr w:type="spellEnd"/>
      <w:r w:rsidRPr="008842A7">
        <w:rPr>
          <w:b/>
        </w:rPr>
        <w:t xml:space="preserve"> </w:t>
      </w:r>
      <w:proofErr w:type="spellStart"/>
      <w:r w:rsidRPr="008842A7">
        <w:rPr>
          <w:b/>
        </w:rPr>
        <w:t>boli</w:t>
      </w:r>
      <w:proofErr w:type="spellEnd"/>
      <w:r w:rsidRPr="008842A7">
        <w:rPr>
          <w:b/>
        </w:rPr>
        <w:t xml:space="preserve"> </w:t>
      </w:r>
      <w:proofErr w:type="spellStart"/>
      <w:r w:rsidRPr="008842A7">
        <w:rPr>
          <w:b/>
        </w:rPr>
        <w:t>prerokované</w:t>
      </w:r>
      <w:proofErr w:type="spellEnd"/>
      <w:r w:rsidRPr="008842A7">
        <w:rPr>
          <w:b/>
        </w:rPr>
        <w:t xml:space="preserve"> a prijaté na zasadnutí pedagogickej rady.</w:t>
      </w:r>
    </w:p>
    <w:p w:rsidR="00284370" w:rsidRPr="008842A7" w:rsidRDefault="00BA231D">
      <w:pPr>
        <w:spacing w:after="80"/>
        <w:rPr>
          <w:b/>
        </w:rPr>
      </w:pPr>
      <w:r w:rsidRPr="008842A7">
        <w:rPr>
          <w:b/>
        </w:rPr>
        <w:t>Za: Všetci prítomní    Proti: 0    Zdržal/a sa: 0    Nehlasoval/a: 0</w:t>
      </w:r>
    </w:p>
    <w:p w:rsidR="008842A7" w:rsidRDefault="008842A7">
      <w:pPr>
        <w:spacing w:before="160" w:after="100"/>
        <w:rPr>
          <w:b/>
          <w:sz w:val="26"/>
        </w:rPr>
      </w:pPr>
      <w:bookmarkStart w:id="0" w:name="_GoBack"/>
      <w:bookmarkEnd w:id="0"/>
    </w:p>
    <w:p w:rsidR="00284370" w:rsidRDefault="00BA231D">
      <w:pPr>
        <w:spacing w:before="160" w:after="100"/>
      </w:pPr>
      <w:r>
        <w:rPr>
          <w:b/>
          <w:sz w:val="26"/>
        </w:rPr>
        <w:t>PRIJATÉ ÚLOHY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2420"/>
        <w:gridCol w:w="2420"/>
        <w:gridCol w:w="2420"/>
      </w:tblGrid>
      <w:tr w:rsidR="00284370">
        <w:trPr>
          <w:jc w:val="center"/>
        </w:trPr>
        <w:tc>
          <w:tcPr>
            <w:tcW w:w="2422" w:type="dxa"/>
            <w:vAlign w:val="center"/>
          </w:tcPr>
          <w:p w:rsidR="00284370" w:rsidRDefault="00BA231D">
            <w:r>
              <w:rPr>
                <w:b/>
                <w:sz w:val="18"/>
              </w:rPr>
              <w:t>Č.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b/>
                <w:sz w:val="18"/>
              </w:rPr>
              <w:t>Úloha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b/>
                <w:sz w:val="18"/>
              </w:rPr>
              <w:t>Zodpovedá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b/>
                <w:sz w:val="18"/>
              </w:rPr>
              <w:t>Termín</w:t>
            </w:r>
          </w:p>
        </w:tc>
      </w:tr>
      <w:tr w:rsidR="00284370">
        <w:trPr>
          <w:jc w:val="center"/>
        </w:trPr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1.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Zabezpečiť realizáciu organizačných opatrení na začiatku školského roka 2026/2027.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riaditeľka a poverení zamestnanci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podľa harmonogramu</w:t>
            </w:r>
          </w:p>
        </w:tc>
      </w:tr>
      <w:tr w:rsidR="00284370">
        <w:trPr>
          <w:jc w:val="center"/>
        </w:trPr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2.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Postupovať podľa prerokovaných pedagogických, organizačných a vnútorných dokumentov školy.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zamestnanci podľa pracovného zaradenia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priebežne</w:t>
            </w:r>
          </w:p>
        </w:tc>
      </w:tr>
      <w:tr w:rsidR="00284370">
        <w:trPr>
          <w:jc w:val="center"/>
        </w:trPr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3.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Realizovať hospitačnú a kontrolnú činnosť podľa určených plánov.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riaditeľka a poverení zamestnanci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podľa plánu</w:t>
            </w:r>
          </w:p>
        </w:tc>
      </w:tr>
      <w:tr w:rsidR="00284370">
        <w:trPr>
          <w:jc w:val="center"/>
        </w:trPr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4.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Zabezpečovať súčinnosť pri práci pedagogických a odborných tímov, Školského podporného tímu a pri poskytovaní podpory deťom podľa príslušnej dokumentácie.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pedagogickí a odborní zamestnanci</w:t>
            </w:r>
          </w:p>
        </w:tc>
        <w:tc>
          <w:tcPr>
            <w:tcW w:w="2422" w:type="dxa"/>
            <w:vAlign w:val="center"/>
          </w:tcPr>
          <w:p w:rsidR="00284370" w:rsidRDefault="00BA231D">
            <w:r>
              <w:rPr>
                <w:sz w:val="18"/>
              </w:rPr>
              <w:t>priebežne</w:t>
            </w:r>
          </w:p>
        </w:tc>
      </w:tr>
    </w:tbl>
    <w:p w:rsidR="008842A7" w:rsidRDefault="008842A7">
      <w:pPr>
        <w:spacing w:before="160" w:after="100"/>
        <w:rPr>
          <w:b/>
          <w:sz w:val="22"/>
        </w:rPr>
      </w:pPr>
    </w:p>
    <w:p w:rsidR="00830327" w:rsidRDefault="00830327">
      <w:pPr>
        <w:spacing w:before="160" w:after="100"/>
        <w:rPr>
          <w:b/>
          <w:sz w:val="22"/>
        </w:rPr>
      </w:pPr>
      <w:r>
        <w:rPr>
          <w:b/>
          <w:sz w:val="22"/>
        </w:rPr>
        <w:t>BOD č. 5</w:t>
      </w:r>
    </w:p>
    <w:p w:rsidR="00284370" w:rsidRDefault="00BA231D">
      <w:pPr>
        <w:spacing w:before="160" w:after="100"/>
      </w:pPr>
      <w:proofErr w:type="spellStart"/>
      <w:r>
        <w:rPr>
          <w:b/>
          <w:sz w:val="22"/>
        </w:rPr>
        <w:t>Záver</w:t>
      </w:r>
      <w:proofErr w:type="spellEnd"/>
    </w:p>
    <w:p w:rsidR="00284370" w:rsidRDefault="00BA231D">
      <w:pPr>
        <w:spacing w:after="80"/>
      </w:pPr>
      <w:r>
        <w:t>Riaditeľka školy po prerokovaní všetkých bodov programu poďakovala prítomným za účasť a spoluprácu. Pedagogická rada bola ukončená o 12.30 hod.</w:t>
      </w:r>
    </w:p>
    <w:p w:rsidR="00284370" w:rsidRDefault="00BA231D">
      <w:pPr>
        <w:spacing w:after="80"/>
      </w:pPr>
      <w:r>
        <w:t>Záver k bodu: Pedagogická rada berie na vedomie záver rokovania.</w:t>
      </w:r>
    </w:p>
    <w:p w:rsidR="00284370" w:rsidRDefault="00BA231D">
      <w:pPr>
        <w:spacing w:before="160" w:after="100"/>
      </w:pPr>
      <w:r>
        <w:rPr>
          <w:b/>
          <w:sz w:val="26"/>
        </w:rPr>
        <w:t>PRÍLOHY</w:t>
      </w:r>
    </w:p>
    <w:p w:rsidR="00284370" w:rsidRDefault="00BA231D">
      <w:pPr>
        <w:spacing w:after="80"/>
      </w:pPr>
      <w:r>
        <w:t>• Prezenčná listina z pedagogickej rady zo dňa 24. 8. 2026.</w:t>
      </w:r>
    </w:p>
    <w:p w:rsidR="00284370" w:rsidRDefault="00BA231D">
      <w:pPr>
        <w:spacing w:after="80"/>
      </w:pPr>
      <w:r>
        <w:t>• Program pedagogickej rady.</w:t>
      </w:r>
    </w:p>
    <w:p w:rsidR="00284370" w:rsidRDefault="00BA231D">
      <w:pPr>
        <w:spacing w:after="80"/>
      </w:pPr>
      <w:r>
        <w:t>• Prerokované a oboznámené dokumenty podľa programu pedagogickej rady – podľa evidencie školy.</w:t>
      </w:r>
    </w:p>
    <w:p w:rsidR="00284370" w:rsidRDefault="00284370">
      <w:pPr>
        <w:spacing w:after="80"/>
      </w:pPr>
    </w:p>
    <w:p w:rsidR="00284370" w:rsidRDefault="00BA231D">
      <w:pPr>
        <w:spacing w:after="80"/>
      </w:pPr>
      <w:r>
        <w:t>Predsedajúca pedagogickej rade: Martina Kramárová</w:t>
      </w:r>
    </w:p>
    <w:p w:rsidR="00284370" w:rsidRDefault="00BA231D">
      <w:pPr>
        <w:spacing w:after="80"/>
      </w:pPr>
      <w:r>
        <w:t>Zapisoval/a: Monika Molnárová</w:t>
      </w:r>
    </w:p>
    <w:p w:rsidR="00284370" w:rsidRDefault="00BA231D">
      <w:pPr>
        <w:spacing w:after="80"/>
      </w:pPr>
      <w:r>
        <w:t>Overil/a: Martina Czuberková</w:t>
      </w:r>
    </w:p>
    <w:sectPr w:rsidR="00284370" w:rsidSect="00034616">
      <w:headerReference w:type="default" r:id="rId8"/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036" w:rsidRDefault="00ED3036">
      <w:pPr>
        <w:spacing w:after="0" w:line="240" w:lineRule="auto"/>
      </w:pPr>
      <w:r>
        <w:separator/>
      </w:r>
    </w:p>
  </w:endnote>
  <w:endnote w:type="continuationSeparator" w:id="0">
    <w:p w:rsidR="00ED3036" w:rsidRDefault="00ED3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419606"/>
      <w:docPartObj>
        <w:docPartGallery w:val="Page Numbers (Bottom of Page)"/>
        <w:docPartUnique/>
      </w:docPartObj>
    </w:sdtPr>
    <w:sdtEndPr/>
    <w:sdtContent>
      <w:p w:rsidR="006D0058" w:rsidRDefault="006D005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89A" w:rsidRPr="001C389A">
          <w:rPr>
            <w:noProof/>
            <w:lang w:val="sk-SK"/>
          </w:rPr>
          <w:t>6</w:t>
        </w:r>
        <w:r>
          <w:fldChar w:fldCharType="end"/>
        </w:r>
      </w:p>
    </w:sdtContent>
  </w:sdt>
  <w:p w:rsidR="004B4B6F" w:rsidRDefault="004B4B6F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036" w:rsidRDefault="00ED3036">
      <w:pPr>
        <w:spacing w:after="0" w:line="240" w:lineRule="auto"/>
      </w:pPr>
      <w:r>
        <w:separator/>
      </w:r>
    </w:p>
  </w:footnote>
  <w:footnote w:type="continuationSeparator" w:id="0">
    <w:p w:rsidR="00ED3036" w:rsidRDefault="00ED3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058" w:rsidRDefault="006D0058" w:rsidP="006D0058">
    <w:pPr>
      <w:jc w:val="center"/>
    </w:pPr>
    <w:r>
      <w:rPr>
        <w:b/>
        <w:sz w:val="28"/>
      </w:rPr>
      <w:t>SPOJENÁ MATERSKÁ ŠKOLA, DOBŠINSKÉHO 2885/8, NITRA</w:t>
    </w:r>
  </w:p>
  <w:p w:rsidR="006D0058" w:rsidRDefault="006D005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C0AC8"/>
    <w:rsid w:val="001C389A"/>
    <w:rsid w:val="00284370"/>
    <w:rsid w:val="0029639D"/>
    <w:rsid w:val="00326F90"/>
    <w:rsid w:val="00353C17"/>
    <w:rsid w:val="004A022C"/>
    <w:rsid w:val="004B4B6F"/>
    <w:rsid w:val="006D0058"/>
    <w:rsid w:val="006E5922"/>
    <w:rsid w:val="00743568"/>
    <w:rsid w:val="007F6D64"/>
    <w:rsid w:val="00830327"/>
    <w:rsid w:val="008842A7"/>
    <w:rsid w:val="00896321"/>
    <w:rsid w:val="00977F65"/>
    <w:rsid w:val="009C66D1"/>
    <w:rsid w:val="00AA1D8D"/>
    <w:rsid w:val="00B268E9"/>
    <w:rsid w:val="00B47730"/>
    <w:rsid w:val="00B8014B"/>
    <w:rsid w:val="00BA231D"/>
    <w:rsid w:val="00BF23F6"/>
    <w:rsid w:val="00CB0664"/>
    <w:rsid w:val="00DD2082"/>
    <w:rsid w:val="00DD74E8"/>
    <w:rsid w:val="00ED30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7B4DB7"/>
  <w14:defaultImageDpi w14:val="300"/>
  <w15:docId w15:val="{35D16E2E-AD93-4BA6-B8E9-80751CD7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E46555-2E6A-4A97-AF23-E057DC739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2011</Words>
  <Characters>11463</Characters>
  <Application>Microsoft Office Word</Application>
  <DocSecurity>0</DocSecurity>
  <Lines>95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Martina Kramárová</cp:lastModifiedBy>
  <cp:revision>12</cp:revision>
  <dcterms:created xsi:type="dcterms:W3CDTF">2026-08-26T17:00:00Z</dcterms:created>
  <dcterms:modified xsi:type="dcterms:W3CDTF">2026-08-26T17:53:00Z</dcterms:modified>
  <cp:category/>
</cp:coreProperties>
</file>