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E1B" w:rsidRDefault="00773155">
      <w:pPr>
        <w:jc w:val="center"/>
      </w:pPr>
      <w:bookmarkStart w:id="0" w:name="_GoBack"/>
      <w:bookmarkEnd w:id="0"/>
      <w:r>
        <w:rPr>
          <w:b/>
          <w:sz w:val="26"/>
        </w:rPr>
        <w:t>RADA ŠKOLY PRI SPOJENEJ MATERSKEJ ŠKOLE</w:t>
      </w:r>
      <w:proofErr w:type="gramStart"/>
      <w:r w:rsidR="00940C51">
        <w:rPr>
          <w:b/>
          <w:sz w:val="26"/>
        </w:rPr>
        <w:t>,</w:t>
      </w:r>
      <w:proofErr w:type="gramEnd"/>
      <w:r>
        <w:rPr>
          <w:b/>
          <w:sz w:val="26"/>
        </w:rPr>
        <w:br/>
        <w:t>DOBŠINSKÉHO 2885/8, NITRA</w:t>
      </w:r>
    </w:p>
    <w:p w:rsidR="005A6E1B" w:rsidRDefault="00773155">
      <w:pPr>
        <w:jc w:val="center"/>
      </w:pPr>
      <w:r>
        <w:rPr>
          <w:b/>
          <w:sz w:val="28"/>
        </w:rPr>
        <w:t>ZÁPISNICA O VÝSLEDKU TAJNEJ VOĽBY PREDSEDU RADY ŠKOLY</w:t>
      </w:r>
    </w:p>
    <w:p w:rsidR="005A6E1B" w:rsidRDefault="00773155">
      <w:proofErr w:type="spellStart"/>
      <w:r>
        <w:t>Dátum</w:t>
      </w:r>
      <w:proofErr w:type="spellEnd"/>
      <w:r>
        <w:t xml:space="preserve"> </w:t>
      </w:r>
      <w:proofErr w:type="spellStart"/>
      <w:r>
        <w:t>konania</w:t>
      </w:r>
      <w:proofErr w:type="spellEnd"/>
      <w:r>
        <w:t>: 23. 9. 2026</w:t>
      </w:r>
    </w:p>
    <w:p w:rsidR="005A6E1B" w:rsidRDefault="00773155">
      <w:proofErr w:type="spellStart"/>
      <w:r>
        <w:t>Miesto</w:t>
      </w:r>
      <w:proofErr w:type="spellEnd"/>
      <w:r>
        <w:t xml:space="preserve"> </w:t>
      </w:r>
      <w:proofErr w:type="spellStart"/>
      <w:r>
        <w:t>konania</w:t>
      </w:r>
      <w:proofErr w:type="spellEnd"/>
      <w:r>
        <w:t xml:space="preserve">: </w:t>
      </w:r>
      <w:proofErr w:type="spellStart"/>
      <w:r>
        <w:t>Spojená</w:t>
      </w:r>
      <w:proofErr w:type="spellEnd"/>
      <w:r>
        <w:t xml:space="preserve"> </w:t>
      </w:r>
      <w:proofErr w:type="spellStart"/>
      <w:r>
        <w:t>materská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</w:t>
      </w:r>
      <w:proofErr w:type="spellStart"/>
      <w:r>
        <w:t>Dobšinského</w:t>
      </w:r>
      <w:proofErr w:type="spellEnd"/>
      <w:r>
        <w:t xml:space="preserve"> 2885/8, Nitra</w:t>
      </w:r>
    </w:p>
    <w:p w:rsidR="005A6E1B" w:rsidRDefault="005A6E1B"/>
    <w:p w:rsidR="005A6E1B" w:rsidRDefault="00773155">
      <w:r>
        <w:rPr>
          <w:b/>
        </w:rPr>
        <w:t xml:space="preserve">1. </w:t>
      </w:r>
      <w:proofErr w:type="spellStart"/>
      <w:r>
        <w:rPr>
          <w:b/>
        </w:rPr>
        <w:t>Účel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priebeh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voľby</w:t>
      </w:r>
      <w:proofErr w:type="spellEnd"/>
    </w:p>
    <w:p w:rsidR="005A6E1B" w:rsidRDefault="00773155">
      <w:r>
        <w:t xml:space="preserve">Na </w:t>
      </w:r>
      <w:proofErr w:type="spellStart"/>
      <w:r>
        <w:t>zasadnutí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bola </w:t>
      </w:r>
      <w:proofErr w:type="spellStart"/>
      <w:r>
        <w:t>po</w:t>
      </w:r>
      <w:proofErr w:type="spellEnd"/>
      <w:r>
        <w:t xml:space="preserve"> </w:t>
      </w:r>
      <w:proofErr w:type="spellStart"/>
      <w:r>
        <w:t>oznámení</w:t>
      </w:r>
      <w:proofErr w:type="spellEnd"/>
      <w:r>
        <w:t xml:space="preserve"> </w:t>
      </w:r>
      <w:proofErr w:type="spellStart"/>
      <w:r>
        <w:t>predsedníčky</w:t>
      </w:r>
      <w:proofErr w:type="spellEnd"/>
      <w:r>
        <w:t xml:space="preserve"> o </w:t>
      </w:r>
      <w:proofErr w:type="spellStart"/>
      <w:r>
        <w:t>vzdaní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členstva</w:t>
      </w:r>
      <w:proofErr w:type="spellEnd"/>
      <w:r>
        <w:t xml:space="preserve"> v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a </w:t>
      </w:r>
      <w:proofErr w:type="spellStart"/>
      <w:r>
        <w:t>funkcie</w:t>
      </w:r>
      <w:proofErr w:type="spellEnd"/>
      <w:r>
        <w:t xml:space="preserve"> </w:t>
      </w:r>
      <w:proofErr w:type="spellStart"/>
      <w:r>
        <w:t>predsedníčky</w:t>
      </w:r>
      <w:proofErr w:type="spellEnd"/>
      <w:r>
        <w:t xml:space="preserve"> s </w:t>
      </w:r>
      <w:proofErr w:type="spellStart"/>
      <w:r>
        <w:t>účinnosťou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24. 9. 2026 </w:t>
      </w:r>
      <w:proofErr w:type="spellStart"/>
      <w:r>
        <w:t>uskutočnená</w:t>
      </w:r>
      <w:proofErr w:type="spellEnd"/>
      <w:r>
        <w:t xml:space="preserve"> </w:t>
      </w:r>
      <w:proofErr w:type="spellStart"/>
      <w:r>
        <w:t>voľba</w:t>
      </w:r>
      <w:proofErr w:type="spellEnd"/>
      <w:r>
        <w:t xml:space="preserve"> </w:t>
      </w:r>
      <w:proofErr w:type="spellStart"/>
      <w:r>
        <w:t>nového</w:t>
      </w:r>
      <w:proofErr w:type="spellEnd"/>
      <w:r>
        <w:t xml:space="preserve"> </w:t>
      </w:r>
      <w:proofErr w:type="spellStart"/>
      <w:r>
        <w:t>predsedu</w:t>
      </w:r>
      <w:proofErr w:type="spellEnd"/>
      <w:r>
        <w:t>/</w:t>
      </w:r>
      <w:proofErr w:type="spellStart"/>
      <w:r>
        <w:t>predsedníčky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. </w:t>
      </w:r>
      <w:proofErr w:type="spellStart"/>
      <w:proofErr w:type="gramStart"/>
      <w:r>
        <w:t>Voľba</w:t>
      </w:r>
      <w:proofErr w:type="spellEnd"/>
      <w:r>
        <w:t xml:space="preserve"> bola </w:t>
      </w:r>
      <w:proofErr w:type="spellStart"/>
      <w:r>
        <w:t>vykonaná</w:t>
      </w:r>
      <w:proofErr w:type="spellEnd"/>
      <w:r>
        <w:t xml:space="preserve"> </w:t>
      </w:r>
      <w:proofErr w:type="spellStart"/>
      <w:r>
        <w:t>tajným</w:t>
      </w:r>
      <w:proofErr w:type="spellEnd"/>
      <w:r>
        <w:t xml:space="preserve"> </w:t>
      </w:r>
      <w:proofErr w:type="spellStart"/>
      <w:r>
        <w:t>hlasovaním</w:t>
      </w:r>
      <w:proofErr w:type="spellEnd"/>
      <w:r>
        <w:t xml:space="preserve"> </w:t>
      </w:r>
      <w:proofErr w:type="spellStart"/>
      <w:r>
        <w:t>zo</w:t>
      </w:r>
      <w:proofErr w:type="spellEnd"/>
      <w:r>
        <w:t xml:space="preserve"> </w:t>
      </w:r>
      <w:proofErr w:type="spellStart"/>
      <w:r>
        <w:t>členov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>.</w:t>
      </w:r>
      <w:proofErr w:type="gramEnd"/>
    </w:p>
    <w:p w:rsidR="005A6E1B" w:rsidRDefault="00773155">
      <w:proofErr w:type="spellStart"/>
      <w:r>
        <w:t>Pred</w:t>
      </w:r>
      <w:proofErr w:type="spellEnd"/>
      <w:r>
        <w:t xml:space="preserve"> </w:t>
      </w:r>
      <w:proofErr w:type="spellStart"/>
      <w:r>
        <w:t>začatím</w:t>
      </w:r>
      <w:proofErr w:type="spellEnd"/>
      <w:r>
        <w:t xml:space="preserve"> </w:t>
      </w:r>
      <w:proofErr w:type="spellStart"/>
      <w:r>
        <w:t>hlasovania</w:t>
      </w:r>
      <w:proofErr w:type="spellEnd"/>
      <w:r>
        <w:t xml:space="preserve"> </w:t>
      </w:r>
      <w:proofErr w:type="spellStart"/>
      <w:r>
        <w:t>boli</w:t>
      </w:r>
      <w:proofErr w:type="spellEnd"/>
      <w:r>
        <w:t xml:space="preserve"> </w:t>
      </w:r>
      <w:proofErr w:type="spellStart"/>
      <w:r>
        <w:t>navrhnutí</w:t>
      </w:r>
      <w:proofErr w:type="spellEnd"/>
      <w:r>
        <w:t xml:space="preserve"> </w:t>
      </w:r>
      <w:proofErr w:type="spellStart"/>
      <w:r>
        <w:t>títo</w:t>
      </w:r>
      <w:proofErr w:type="spellEnd"/>
      <w:r>
        <w:t xml:space="preserve"> </w:t>
      </w:r>
      <w:proofErr w:type="spellStart"/>
      <w:r>
        <w:t>kandidáti</w:t>
      </w:r>
      <w:proofErr w:type="spellEnd"/>
      <w:r>
        <w:t xml:space="preserve"> a </w:t>
      </w:r>
      <w:proofErr w:type="spellStart"/>
      <w:r>
        <w:t>každý</w:t>
      </w:r>
      <w:proofErr w:type="spellEnd"/>
      <w:r>
        <w:t xml:space="preserve"> </w:t>
      </w:r>
      <w:proofErr w:type="spellStart"/>
      <w:r>
        <w:t>kandidát</w:t>
      </w:r>
      <w:proofErr w:type="spellEnd"/>
      <w:r>
        <w:t xml:space="preserve"> </w:t>
      </w:r>
      <w:proofErr w:type="spellStart"/>
      <w:r>
        <w:t>vyjadril</w:t>
      </w:r>
      <w:proofErr w:type="spellEnd"/>
      <w:r>
        <w:t xml:space="preserve"> </w:t>
      </w:r>
      <w:proofErr w:type="spellStart"/>
      <w:r>
        <w:t>súhlas</w:t>
      </w:r>
      <w:proofErr w:type="spellEnd"/>
      <w:r>
        <w:t xml:space="preserve"> s </w:t>
      </w:r>
      <w:proofErr w:type="spellStart"/>
      <w:r>
        <w:t>kandidatúrou</w:t>
      </w:r>
      <w:proofErr w:type="spellEnd"/>
      <w:r>
        <w:t>:</w:t>
      </w:r>
    </w:p>
    <w:p w:rsidR="005A6E1B" w:rsidRDefault="00773155">
      <w:r>
        <w:t xml:space="preserve">1. </w:t>
      </w:r>
      <w:proofErr w:type="spellStart"/>
      <w:r w:rsidR="009F3EDE">
        <w:t>Bc</w:t>
      </w:r>
      <w:proofErr w:type="spellEnd"/>
      <w:r w:rsidR="009F3EDE">
        <w:t xml:space="preserve">. Eva </w:t>
      </w:r>
      <w:proofErr w:type="spellStart"/>
      <w:r w:rsidR="009F3EDE">
        <w:t>Matisová</w:t>
      </w:r>
      <w:proofErr w:type="spellEnd"/>
    </w:p>
    <w:p w:rsidR="005A6E1B" w:rsidRDefault="00773155">
      <w:r>
        <w:t xml:space="preserve">2. </w:t>
      </w:r>
      <w:proofErr w:type="spellStart"/>
      <w:r w:rsidR="009F3EDE">
        <w:t>Ing</w:t>
      </w:r>
      <w:proofErr w:type="spellEnd"/>
      <w:r w:rsidR="009F3EDE">
        <w:t xml:space="preserve">. Adriana </w:t>
      </w:r>
      <w:proofErr w:type="spellStart"/>
      <w:r w:rsidR="009F3EDE">
        <w:t>Szóradová</w:t>
      </w:r>
      <w:proofErr w:type="spellEnd"/>
    </w:p>
    <w:p w:rsidR="005A6E1B" w:rsidRDefault="00773155">
      <w:r>
        <w:rPr>
          <w:b/>
        </w:rPr>
        <w:t xml:space="preserve">2. </w:t>
      </w:r>
      <w:proofErr w:type="spellStart"/>
      <w:r>
        <w:rPr>
          <w:b/>
        </w:rPr>
        <w:t>Údaje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hlasovaní</w:t>
      </w:r>
      <w:proofErr w:type="spellEnd"/>
    </w:p>
    <w:tbl>
      <w:tblPr>
        <w:tblStyle w:val="Mriekatabuky"/>
        <w:tblW w:w="0" w:type="auto"/>
        <w:jc w:val="center"/>
        <w:tblLook w:val="04A0"/>
      </w:tblPr>
      <w:tblGrid>
        <w:gridCol w:w="4320"/>
        <w:gridCol w:w="4320"/>
      </w:tblGrid>
      <w:tr w:rsidR="005A6E1B">
        <w:trPr>
          <w:jc w:val="center"/>
        </w:trPr>
        <w:tc>
          <w:tcPr>
            <w:tcW w:w="4320" w:type="dxa"/>
            <w:vAlign w:val="center"/>
          </w:tcPr>
          <w:p w:rsidR="005A6E1B" w:rsidRDefault="00773155">
            <w:proofErr w:type="spellStart"/>
            <w:r>
              <w:rPr>
                <w:sz w:val="20"/>
              </w:rPr>
              <w:t>Celkový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počet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členov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Rady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školy</w:t>
            </w:r>
            <w:proofErr w:type="spellEnd"/>
          </w:p>
        </w:tc>
        <w:tc>
          <w:tcPr>
            <w:tcW w:w="4320" w:type="dxa"/>
            <w:vAlign w:val="center"/>
          </w:tcPr>
          <w:p w:rsidR="005A6E1B" w:rsidRDefault="009F3EDE">
            <w:r>
              <w:t>16</w:t>
            </w:r>
          </w:p>
        </w:tc>
      </w:tr>
      <w:tr w:rsidR="005A6E1B">
        <w:trPr>
          <w:jc w:val="center"/>
        </w:trPr>
        <w:tc>
          <w:tcPr>
            <w:tcW w:w="4320" w:type="dxa"/>
            <w:vAlign w:val="center"/>
          </w:tcPr>
          <w:p w:rsidR="005A6E1B" w:rsidRDefault="00773155">
            <w:proofErr w:type="spellStart"/>
            <w:r>
              <w:rPr>
                <w:sz w:val="20"/>
              </w:rPr>
              <w:t>Počet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prítomných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členov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oprávnených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hlasovať</w:t>
            </w:r>
            <w:proofErr w:type="spellEnd"/>
          </w:p>
        </w:tc>
        <w:tc>
          <w:tcPr>
            <w:tcW w:w="4320" w:type="dxa"/>
            <w:vAlign w:val="center"/>
          </w:tcPr>
          <w:p w:rsidR="005A6E1B" w:rsidRDefault="009F3EDE">
            <w:r>
              <w:t>15</w:t>
            </w:r>
          </w:p>
        </w:tc>
      </w:tr>
      <w:tr w:rsidR="005A6E1B">
        <w:trPr>
          <w:jc w:val="center"/>
        </w:trPr>
        <w:tc>
          <w:tcPr>
            <w:tcW w:w="4320" w:type="dxa"/>
            <w:vAlign w:val="center"/>
          </w:tcPr>
          <w:p w:rsidR="005A6E1B" w:rsidRDefault="00773155">
            <w:proofErr w:type="spellStart"/>
            <w:r>
              <w:rPr>
                <w:sz w:val="20"/>
              </w:rPr>
              <w:t>Počet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vydaných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hlasovacích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lístkov</w:t>
            </w:r>
            <w:proofErr w:type="spellEnd"/>
          </w:p>
        </w:tc>
        <w:tc>
          <w:tcPr>
            <w:tcW w:w="4320" w:type="dxa"/>
            <w:vAlign w:val="center"/>
          </w:tcPr>
          <w:p w:rsidR="005A6E1B" w:rsidRDefault="009F3EDE">
            <w:r>
              <w:t>15</w:t>
            </w:r>
          </w:p>
        </w:tc>
      </w:tr>
      <w:tr w:rsidR="005A6E1B">
        <w:trPr>
          <w:jc w:val="center"/>
        </w:trPr>
        <w:tc>
          <w:tcPr>
            <w:tcW w:w="4320" w:type="dxa"/>
            <w:vAlign w:val="center"/>
          </w:tcPr>
          <w:p w:rsidR="005A6E1B" w:rsidRDefault="00773155">
            <w:proofErr w:type="spellStart"/>
            <w:r>
              <w:rPr>
                <w:sz w:val="20"/>
              </w:rPr>
              <w:t>Počet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odovzdaných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hlasovacích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lístkov</w:t>
            </w:r>
            <w:proofErr w:type="spellEnd"/>
          </w:p>
        </w:tc>
        <w:tc>
          <w:tcPr>
            <w:tcW w:w="4320" w:type="dxa"/>
            <w:vAlign w:val="center"/>
          </w:tcPr>
          <w:p w:rsidR="005A6E1B" w:rsidRDefault="009F3EDE">
            <w:r>
              <w:t>15</w:t>
            </w:r>
          </w:p>
        </w:tc>
      </w:tr>
      <w:tr w:rsidR="005A6E1B">
        <w:trPr>
          <w:jc w:val="center"/>
        </w:trPr>
        <w:tc>
          <w:tcPr>
            <w:tcW w:w="4320" w:type="dxa"/>
            <w:vAlign w:val="center"/>
          </w:tcPr>
          <w:p w:rsidR="005A6E1B" w:rsidRDefault="00773155">
            <w:proofErr w:type="spellStart"/>
            <w:r>
              <w:rPr>
                <w:sz w:val="20"/>
              </w:rPr>
              <w:t>Počet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platných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hlasovacích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lístkov</w:t>
            </w:r>
            <w:proofErr w:type="spellEnd"/>
          </w:p>
        </w:tc>
        <w:tc>
          <w:tcPr>
            <w:tcW w:w="4320" w:type="dxa"/>
            <w:vAlign w:val="center"/>
          </w:tcPr>
          <w:p w:rsidR="005A6E1B" w:rsidRDefault="009F3EDE">
            <w:r>
              <w:t>15</w:t>
            </w:r>
          </w:p>
        </w:tc>
      </w:tr>
      <w:tr w:rsidR="005A6E1B">
        <w:trPr>
          <w:jc w:val="center"/>
        </w:trPr>
        <w:tc>
          <w:tcPr>
            <w:tcW w:w="4320" w:type="dxa"/>
            <w:vAlign w:val="center"/>
          </w:tcPr>
          <w:p w:rsidR="005A6E1B" w:rsidRDefault="00773155">
            <w:proofErr w:type="spellStart"/>
            <w:r>
              <w:rPr>
                <w:sz w:val="20"/>
              </w:rPr>
              <w:t>Počet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neplatných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hlasovacích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lístkov</w:t>
            </w:r>
            <w:proofErr w:type="spellEnd"/>
          </w:p>
        </w:tc>
        <w:tc>
          <w:tcPr>
            <w:tcW w:w="4320" w:type="dxa"/>
            <w:vAlign w:val="center"/>
          </w:tcPr>
          <w:p w:rsidR="005A6E1B" w:rsidRDefault="009F3EDE">
            <w:r>
              <w:t>0</w:t>
            </w:r>
          </w:p>
        </w:tc>
      </w:tr>
      <w:tr w:rsidR="005A6E1B">
        <w:trPr>
          <w:jc w:val="center"/>
        </w:trPr>
        <w:tc>
          <w:tcPr>
            <w:tcW w:w="4320" w:type="dxa"/>
            <w:vAlign w:val="center"/>
          </w:tcPr>
          <w:p w:rsidR="005A6E1B" w:rsidRDefault="00773155">
            <w:proofErr w:type="spellStart"/>
            <w:r>
              <w:rPr>
                <w:sz w:val="20"/>
              </w:rPr>
              <w:t>Čas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začatia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ukončenia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hlasovania</w:t>
            </w:r>
            <w:proofErr w:type="spellEnd"/>
          </w:p>
        </w:tc>
        <w:tc>
          <w:tcPr>
            <w:tcW w:w="4320" w:type="dxa"/>
            <w:vAlign w:val="center"/>
          </w:tcPr>
          <w:p w:rsidR="005A6E1B" w:rsidRDefault="00773155" w:rsidP="009F3EDE">
            <w:proofErr w:type="spellStart"/>
            <w:proofErr w:type="gramStart"/>
            <w:r>
              <w:rPr>
                <w:sz w:val="20"/>
              </w:rPr>
              <w:t>od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r w:rsidR="009F3EDE">
              <w:rPr>
                <w:sz w:val="20"/>
              </w:rPr>
              <w:t xml:space="preserve">16.40 </w:t>
            </w:r>
            <w:proofErr w:type="spellStart"/>
            <w:r w:rsidR="009F3EDE">
              <w:rPr>
                <w:sz w:val="20"/>
              </w:rPr>
              <w:t>hod</w:t>
            </w:r>
            <w:proofErr w:type="spellEnd"/>
            <w:r w:rsidR="009F3EDE">
              <w:rPr>
                <w:sz w:val="20"/>
              </w:rPr>
              <w:t xml:space="preserve">. </w:t>
            </w:r>
            <w:proofErr w:type="gramStart"/>
            <w:r>
              <w:rPr>
                <w:sz w:val="20"/>
              </w:rPr>
              <w:t>do</w:t>
            </w:r>
            <w:proofErr w:type="gramEnd"/>
            <w:r w:rsidR="009F3EDE">
              <w:rPr>
                <w:sz w:val="20"/>
              </w:rPr>
              <w:t xml:space="preserve"> 17.00 </w:t>
            </w:r>
            <w:proofErr w:type="spellStart"/>
            <w:r w:rsidR="009F3EDE">
              <w:rPr>
                <w:sz w:val="20"/>
              </w:rPr>
              <w:t>hod</w:t>
            </w:r>
            <w:proofErr w:type="spellEnd"/>
            <w:r w:rsidR="009F3EDE">
              <w:rPr>
                <w:sz w:val="20"/>
              </w:rPr>
              <w:t>.</w:t>
            </w:r>
          </w:p>
        </w:tc>
      </w:tr>
      <w:tr w:rsidR="00CD2C6B">
        <w:trPr>
          <w:jc w:val="center"/>
        </w:trPr>
        <w:tc>
          <w:tcPr>
            <w:tcW w:w="4320" w:type="dxa"/>
            <w:vAlign w:val="center"/>
          </w:tcPr>
          <w:p w:rsidR="00CD2C6B" w:rsidRDefault="00CD2C6B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Bc</w:t>
            </w:r>
            <w:proofErr w:type="spellEnd"/>
            <w:r>
              <w:rPr>
                <w:sz w:val="20"/>
              </w:rPr>
              <w:t xml:space="preserve">. Eva </w:t>
            </w:r>
            <w:proofErr w:type="spellStart"/>
            <w:r>
              <w:rPr>
                <w:sz w:val="20"/>
              </w:rPr>
              <w:t>Matisová</w:t>
            </w:r>
            <w:proofErr w:type="spellEnd"/>
          </w:p>
        </w:tc>
        <w:tc>
          <w:tcPr>
            <w:tcW w:w="4320" w:type="dxa"/>
            <w:vAlign w:val="center"/>
          </w:tcPr>
          <w:p w:rsidR="00CD2C6B" w:rsidRDefault="00CD2C6B" w:rsidP="009F3EDE">
            <w:pPr>
              <w:rPr>
                <w:sz w:val="20"/>
              </w:rPr>
            </w:pPr>
            <w:r>
              <w:rPr>
                <w:sz w:val="20"/>
              </w:rPr>
              <w:t xml:space="preserve">13 </w:t>
            </w:r>
            <w:proofErr w:type="spellStart"/>
            <w:r>
              <w:rPr>
                <w:sz w:val="20"/>
              </w:rPr>
              <w:t>hlasov</w:t>
            </w:r>
            <w:proofErr w:type="spellEnd"/>
          </w:p>
        </w:tc>
      </w:tr>
      <w:tr w:rsidR="00CD2C6B">
        <w:trPr>
          <w:jc w:val="center"/>
        </w:trPr>
        <w:tc>
          <w:tcPr>
            <w:tcW w:w="4320" w:type="dxa"/>
            <w:vAlign w:val="center"/>
          </w:tcPr>
          <w:p w:rsidR="00CD2C6B" w:rsidRDefault="00CD2C6B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Ing</w:t>
            </w:r>
            <w:proofErr w:type="spellEnd"/>
            <w:r>
              <w:rPr>
                <w:sz w:val="20"/>
              </w:rPr>
              <w:t xml:space="preserve">. Adriana </w:t>
            </w:r>
            <w:proofErr w:type="spellStart"/>
            <w:r>
              <w:rPr>
                <w:sz w:val="20"/>
              </w:rPr>
              <w:t>Szóradová</w:t>
            </w:r>
            <w:proofErr w:type="spellEnd"/>
          </w:p>
        </w:tc>
        <w:tc>
          <w:tcPr>
            <w:tcW w:w="4320" w:type="dxa"/>
            <w:vAlign w:val="center"/>
          </w:tcPr>
          <w:p w:rsidR="00CD2C6B" w:rsidRDefault="00CD2C6B" w:rsidP="009F3EDE">
            <w:pPr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proofErr w:type="spellStart"/>
            <w:r>
              <w:rPr>
                <w:sz w:val="20"/>
              </w:rPr>
              <w:t>hlasy</w:t>
            </w:r>
            <w:proofErr w:type="spellEnd"/>
          </w:p>
        </w:tc>
      </w:tr>
    </w:tbl>
    <w:p w:rsidR="005A6E1B" w:rsidRDefault="00773155">
      <w:r>
        <w:rPr>
          <w:b/>
        </w:rPr>
        <w:t xml:space="preserve">3. </w:t>
      </w:r>
      <w:proofErr w:type="spellStart"/>
      <w:r>
        <w:rPr>
          <w:b/>
        </w:rPr>
        <w:t>Výsledok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tajného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hlasovania</w:t>
      </w:r>
      <w:proofErr w:type="spellEnd"/>
    </w:p>
    <w:tbl>
      <w:tblPr>
        <w:tblStyle w:val="Mriekatabuky"/>
        <w:tblW w:w="0" w:type="auto"/>
        <w:jc w:val="center"/>
        <w:tblLook w:val="04A0"/>
      </w:tblPr>
      <w:tblGrid>
        <w:gridCol w:w="2160"/>
        <w:gridCol w:w="2160"/>
        <w:gridCol w:w="2160"/>
        <w:gridCol w:w="2160"/>
      </w:tblGrid>
      <w:tr w:rsidR="005A6E1B">
        <w:trPr>
          <w:jc w:val="center"/>
        </w:trPr>
        <w:tc>
          <w:tcPr>
            <w:tcW w:w="2160" w:type="dxa"/>
          </w:tcPr>
          <w:p w:rsidR="005A6E1B" w:rsidRDefault="00773155">
            <w:proofErr w:type="spellStart"/>
            <w:r>
              <w:rPr>
                <w:b/>
                <w:sz w:val="20"/>
              </w:rPr>
              <w:t>Kandidát</w:t>
            </w:r>
            <w:proofErr w:type="spellEnd"/>
            <w:r>
              <w:rPr>
                <w:b/>
                <w:sz w:val="20"/>
              </w:rPr>
              <w:t>/ka</w:t>
            </w:r>
          </w:p>
        </w:tc>
        <w:tc>
          <w:tcPr>
            <w:tcW w:w="2160" w:type="dxa"/>
          </w:tcPr>
          <w:p w:rsidR="005A6E1B" w:rsidRDefault="00773155">
            <w:proofErr w:type="spellStart"/>
            <w:r>
              <w:rPr>
                <w:b/>
                <w:sz w:val="20"/>
              </w:rPr>
              <w:t>Platné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hlasy</w:t>
            </w:r>
            <w:proofErr w:type="spellEnd"/>
          </w:p>
        </w:tc>
        <w:tc>
          <w:tcPr>
            <w:tcW w:w="2160" w:type="dxa"/>
          </w:tcPr>
          <w:p w:rsidR="005A6E1B" w:rsidRDefault="00773155">
            <w:proofErr w:type="spellStart"/>
            <w:r>
              <w:rPr>
                <w:b/>
                <w:sz w:val="20"/>
              </w:rPr>
              <w:t>Výsledok</w:t>
            </w:r>
            <w:proofErr w:type="spellEnd"/>
          </w:p>
        </w:tc>
        <w:tc>
          <w:tcPr>
            <w:tcW w:w="2160" w:type="dxa"/>
          </w:tcPr>
          <w:p w:rsidR="005A6E1B" w:rsidRDefault="00773155">
            <w:proofErr w:type="spellStart"/>
            <w:r>
              <w:rPr>
                <w:b/>
                <w:sz w:val="20"/>
              </w:rPr>
              <w:t>Poznámka</w:t>
            </w:r>
            <w:proofErr w:type="spellEnd"/>
          </w:p>
        </w:tc>
      </w:tr>
      <w:tr w:rsidR="005A6E1B">
        <w:trPr>
          <w:jc w:val="center"/>
        </w:trPr>
        <w:tc>
          <w:tcPr>
            <w:tcW w:w="2160" w:type="dxa"/>
          </w:tcPr>
          <w:p w:rsidR="005A6E1B" w:rsidRDefault="00CD2C6B">
            <w:proofErr w:type="spellStart"/>
            <w:r>
              <w:t>Bc</w:t>
            </w:r>
            <w:proofErr w:type="spellEnd"/>
            <w:r>
              <w:t xml:space="preserve">. Eva </w:t>
            </w:r>
            <w:proofErr w:type="spellStart"/>
            <w:r>
              <w:t>Matisová</w:t>
            </w:r>
            <w:proofErr w:type="spellEnd"/>
          </w:p>
        </w:tc>
        <w:tc>
          <w:tcPr>
            <w:tcW w:w="2160" w:type="dxa"/>
          </w:tcPr>
          <w:p w:rsidR="005A6E1B" w:rsidRDefault="00CD2C6B">
            <w:r>
              <w:t>13</w:t>
            </w:r>
          </w:p>
        </w:tc>
        <w:tc>
          <w:tcPr>
            <w:tcW w:w="2160" w:type="dxa"/>
          </w:tcPr>
          <w:p w:rsidR="005A6E1B" w:rsidRDefault="00773155">
            <w:proofErr w:type="spellStart"/>
            <w:r>
              <w:rPr>
                <w:sz w:val="20"/>
              </w:rPr>
              <w:t>zvolený</w:t>
            </w:r>
            <w:proofErr w:type="spellEnd"/>
          </w:p>
        </w:tc>
        <w:tc>
          <w:tcPr>
            <w:tcW w:w="2160" w:type="dxa"/>
          </w:tcPr>
          <w:p w:rsidR="005A6E1B" w:rsidRDefault="005A6E1B"/>
        </w:tc>
      </w:tr>
      <w:tr w:rsidR="005A6E1B">
        <w:trPr>
          <w:jc w:val="center"/>
        </w:trPr>
        <w:tc>
          <w:tcPr>
            <w:tcW w:w="2160" w:type="dxa"/>
          </w:tcPr>
          <w:p w:rsidR="005A6E1B" w:rsidRDefault="00CD2C6B">
            <w:proofErr w:type="spellStart"/>
            <w:r>
              <w:t>Ing</w:t>
            </w:r>
            <w:proofErr w:type="spellEnd"/>
            <w:r>
              <w:t xml:space="preserve">. Adriana </w:t>
            </w:r>
            <w:proofErr w:type="spellStart"/>
            <w:r>
              <w:t>Szóradová</w:t>
            </w:r>
            <w:proofErr w:type="spellEnd"/>
          </w:p>
        </w:tc>
        <w:tc>
          <w:tcPr>
            <w:tcW w:w="2160" w:type="dxa"/>
          </w:tcPr>
          <w:p w:rsidR="005A6E1B" w:rsidRDefault="00CD2C6B">
            <w:r>
              <w:t>2</w:t>
            </w:r>
          </w:p>
        </w:tc>
        <w:tc>
          <w:tcPr>
            <w:tcW w:w="2160" w:type="dxa"/>
          </w:tcPr>
          <w:p w:rsidR="005A6E1B" w:rsidRDefault="00544C39">
            <w:proofErr w:type="spellStart"/>
            <w:r>
              <w:rPr>
                <w:sz w:val="20"/>
              </w:rPr>
              <w:t>nezvolená</w:t>
            </w:r>
            <w:proofErr w:type="spellEnd"/>
          </w:p>
        </w:tc>
        <w:tc>
          <w:tcPr>
            <w:tcW w:w="2160" w:type="dxa"/>
          </w:tcPr>
          <w:p w:rsidR="005A6E1B" w:rsidRDefault="005A6E1B"/>
        </w:tc>
      </w:tr>
    </w:tbl>
    <w:p w:rsidR="005A6E1B" w:rsidRDefault="005A6E1B"/>
    <w:p w:rsidR="00CD2C6B" w:rsidRDefault="00CD2C6B">
      <w:pPr>
        <w:rPr>
          <w:b/>
        </w:rPr>
      </w:pPr>
    </w:p>
    <w:p w:rsidR="005A6E1B" w:rsidRDefault="00773155">
      <w:r>
        <w:rPr>
          <w:b/>
        </w:rPr>
        <w:lastRenderedPageBreak/>
        <w:t xml:space="preserve">4. </w:t>
      </w:r>
      <w:proofErr w:type="spellStart"/>
      <w:r>
        <w:rPr>
          <w:b/>
        </w:rPr>
        <w:t>Vyhlásenie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výsledku</w:t>
      </w:r>
      <w:proofErr w:type="spellEnd"/>
    </w:p>
    <w:p w:rsidR="005A6E1B" w:rsidRDefault="00773155">
      <w:r>
        <w:t xml:space="preserve">Na </w:t>
      </w:r>
      <w:proofErr w:type="spellStart"/>
      <w:r>
        <w:t>základe</w:t>
      </w:r>
      <w:proofErr w:type="spellEnd"/>
      <w:r>
        <w:t xml:space="preserve"> </w:t>
      </w:r>
      <w:proofErr w:type="spellStart"/>
      <w:r>
        <w:t>výsledku</w:t>
      </w:r>
      <w:proofErr w:type="spellEnd"/>
      <w:r>
        <w:t xml:space="preserve"> </w:t>
      </w:r>
      <w:proofErr w:type="spellStart"/>
      <w:r>
        <w:t>tajného</w:t>
      </w:r>
      <w:proofErr w:type="spellEnd"/>
      <w:r>
        <w:t xml:space="preserve"> </w:t>
      </w:r>
      <w:proofErr w:type="spellStart"/>
      <w:r>
        <w:t>hlasovania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konštat</w:t>
      </w:r>
      <w:r w:rsidR="00CD2C6B">
        <w:t>uje</w:t>
      </w:r>
      <w:proofErr w:type="spellEnd"/>
      <w:r w:rsidR="00CD2C6B">
        <w:t xml:space="preserve">, </w:t>
      </w:r>
      <w:proofErr w:type="spellStart"/>
      <w:r w:rsidR="00CD2C6B">
        <w:t>že</w:t>
      </w:r>
      <w:proofErr w:type="spellEnd"/>
      <w:r w:rsidR="00CD2C6B">
        <w:t xml:space="preserve"> </w:t>
      </w:r>
      <w:proofErr w:type="spellStart"/>
      <w:r w:rsidR="00CD2C6B">
        <w:t>za</w:t>
      </w:r>
      <w:proofErr w:type="spellEnd"/>
      <w:r w:rsidR="00CD2C6B">
        <w:t xml:space="preserve"> </w:t>
      </w:r>
      <w:proofErr w:type="spellStart"/>
      <w:proofErr w:type="gramStart"/>
      <w:r w:rsidR="00CD2C6B" w:rsidRPr="00CC3398">
        <w:rPr>
          <w:b/>
        </w:rPr>
        <w:t>predsedu</w:t>
      </w:r>
      <w:proofErr w:type="spellEnd"/>
      <w:r w:rsidR="00CD2C6B" w:rsidRPr="00CC3398">
        <w:rPr>
          <w:b/>
        </w:rPr>
        <w:t xml:space="preserve">  </w:t>
      </w:r>
      <w:proofErr w:type="spellStart"/>
      <w:r w:rsidR="00CD2C6B" w:rsidRPr="00CC3398">
        <w:rPr>
          <w:b/>
        </w:rPr>
        <w:t>Rady</w:t>
      </w:r>
      <w:proofErr w:type="spellEnd"/>
      <w:proofErr w:type="gramEnd"/>
      <w:r w:rsidR="00CD2C6B" w:rsidRPr="00CC3398">
        <w:rPr>
          <w:b/>
        </w:rPr>
        <w:t xml:space="preserve"> </w:t>
      </w:r>
      <w:proofErr w:type="spellStart"/>
      <w:r w:rsidR="00CD2C6B" w:rsidRPr="00CC3398">
        <w:rPr>
          <w:b/>
        </w:rPr>
        <w:t>školy</w:t>
      </w:r>
      <w:proofErr w:type="spellEnd"/>
      <w:r w:rsidR="00CD2C6B" w:rsidRPr="00CC3398">
        <w:rPr>
          <w:b/>
        </w:rPr>
        <w:t xml:space="preserve"> bola </w:t>
      </w:r>
      <w:proofErr w:type="spellStart"/>
      <w:r w:rsidR="00CD2C6B" w:rsidRPr="00CC3398">
        <w:rPr>
          <w:b/>
        </w:rPr>
        <w:t>zvolená</w:t>
      </w:r>
      <w:proofErr w:type="spellEnd"/>
      <w:r w:rsidR="00CD2C6B">
        <w:t xml:space="preserve"> </w:t>
      </w:r>
    </w:p>
    <w:p w:rsidR="00CD2C6B" w:rsidRPr="00CD2C6B" w:rsidRDefault="00CD2C6B">
      <w:pPr>
        <w:rPr>
          <w:b/>
        </w:rPr>
      </w:pPr>
      <w:r>
        <w:t xml:space="preserve">                                                             </w:t>
      </w:r>
      <w:proofErr w:type="spellStart"/>
      <w:r w:rsidRPr="00CD2C6B">
        <w:rPr>
          <w:b/>
        </w:rPr>
        <w:t>Bc</w:t>
      </w:r>
      <w:proofErr w:type="spellEnd"/>
      <w:r w:rsidRPr="00CD2C6B">
        <w:rPr>
          <w:b/>
        </w:rPr>
        <w:t xml:space="preserve">. Eva </w:t>
      </w:r>
      <w:proofErr w:type="spellStart"/>
      <w:r w:rsidRPr="00CD2C6B">
        <w:rPr>
          <w:b/>
        </w:rPr>
        <w:t>Matisová</w:t>
      </w:r>
      <w:proofErr w:type="spellEnd"/>
      <w:r w:rsidRPr="00CD2C6B">
        <w:rPr>
          <w:b/>
        </w:rPr>
        <w:t xml:space="preserve"> </w:t>
      </w:r>
    </w:p>
    <w:p w:rsidR="005A6E1B" w:rsidRDefault="00773155">
      <w:proofErr w:type="spellStart"/>
      <w:r>
        <w:t>Zvolený</w:t>
      </w:r>
      <w:proofErr w:type="spellEnd"/>
      <w:r>
        <w:t xml:space="preserve">/á </w:t>
      </w:r>
      <w:proofErr w:type="spellStart"/>
      <w:r>
        <w:t>kandidát</w:t>
      </w:r>
      <w:proofErr w:type="spellEnd"/>
      <w:r>
        <w:t xml:space="preserve">/ka </w:t>
      </w:r>
      <w:proofErr w:type="spellStart"/>
      <w:r>
        <w:t>začne</w:t>
      </w:r>
      <w:proofErr w:type="spellEnd"/>
      <w:r>
        <w:t xml:space="preserve"> </w:t>
      </w:r>
      <w:proofErr w:type="spellStart"/>
      <w:r>
        <w:t>vykonávať</w:t>
      </w:r>
      <w:proofErr w:type="spellEnd"/>
      <w:r>
        <w:t xml:space="preserve"> </w:t>
      </w:r>
      <w:proofErr w:type="spellStart"/>
      <w:r>
        <w:t>funkciu</w:t>
      </w:r>
      <w:proofErr w:type="spellEnd"/>
      <w:r>
        <w:t xml:space="preserve"> </w:t>
      </w:r>
      <w:proofErr w:type="spellStart"/>
      <w:r>
        <w:t>predsedu</w:t>
      </w:r>
      <w:proofErr w:type="spellEnd"/>
      <w:r>
        <w:t>/</w:t>
      </w:r>
      <w:proofErr w:type="spellStart"/>
      <w:r>
        <w:t>predsedníčky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proofErr w:type="gramStart"/>
      <w:r>
        <w:t>dňa</w:t>
      </w:r>
      <w:proofErr w:type="spellEnd"/>
      <w:proofErr w:type="gramEnd"/>
      <w:r>
        <w:t xml:space="preserve"> 24. 9. 2026.</w:t>
      </w:r>
    </w:p>
    <w:p w:rsidR="005A6E1B" w:rsidRDefault="005A6E1B"/>
    <w:p w:rsidR="005A6E1B" w:rsidRDefault="00773155">
      <w:r>
        <w:rPr>
          <w:b/>
        </w:rPr>
        <w:t xml:space="preserve">5. </w:t>
      </w:r>
      <w:proofErr w:type="spellStart"/>
      <w:r>
        <w:rPr>
          <w:b/>
        </w:rPr>
        <w:t>Záver</w:t>
      </w:r>
      <w:proofErr w:type="spellEnd"/>
    </w:p>
    <w:p w:rsidR="005A6E1B" w:rsidRDefault="00773155">
      <w:proofErr w:type="spellStart"/>
      <w:r>
        <w:t>Táto</w:t>
      </w:r>
      <w:proofErr w:type="spellEnd"/>
      <w:r>
        <w:t xml:space="preserve"> </w:t>
      </w:r>
      <w:proofErr w:type="spellStart"/>
      <w:r>
        <w:t>zápisnica</w:t>
      </w:r>
      <w:proofErr w:type="spellEnd"/>
      <w:r>
        <w:t xml:space="preserve"> </w:t>
      </w:r>
      <w:proofErr w:type="spellStart"/>
      <w:r>
        <w:t>zachytáva</w:t>
      </w:r>
      <w:proofErr w:type="spellEnd"/>
      <w:r>
        <w:t xml:space="preserve"> </w:t>
      </w:r>
      <w:proofErr w:type="spellStart"/>
      <w:r>
        <w:t>priebeh</w:t>
      </w:r>
      <w:proofErr w:type="spellEnd"/>
      <w:r>
        <w:t xml:space="preserve"> a </w:t>
      </w:r>
      <w:proofErr w:type="spellStart"/>
      <w:r>
        <w:t>výsledok</w:t>
      </w:r>
      <w:proofErr w:type="spellEnd"/>
      <w:r>
        <w:t xml:space="preserve"> </w:t>
      </w:r>
      <w:proofErr w:type="spellStart"/>
      <w:r>
        <w:t>tajnej</w:t>
      </w:r>
      <w:proofErr w:type="spellEnd"/>
      <w:r>
        <w:t xml:space="preserve"> </w:t>
      </w:r>
      <w:proofErr w:type="spellStart"/>
      <w:r>
        <w:t>voľby</w:t>
      </w:r>
      <w:proofErr w:type="spellEnd"/>
      <w:r>
        <w:t xml:space="preserve"> </w:t>
      </w:r>
      <w:proofErr w:type="spellStart"/>
      <w:r>
        <w:t>predsedu</w:t>
      </w:r>
      <w:proofErr w:type="spellEnd"/>
      <w:r>
        <w:t>/</w:t>
      </w:r>
      <w:proofErr w:type="spellStart"/>
      <w:r>
        <w:t>predsedníčky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vykonanej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zasadnutí</w:t>
      </w:r>
      <w:proofErr w:type="spellEnd"/>
      <w:r>
        <w:t xml:space="preserve"> </w:t>
      </w:r>
      <w:proofErr w:type="spellStart"/>
      <w:r>
        <w:t>dňa</w:t>
      </w:r>
      <w:proofErr w:type="spellEnd"/>
      <w:r>
        <w:t xml:space="preserve"> 23. 9. 2026.</w:t>
      </w:r>
    </w:p>
    <w:p w:rsidR="005A6E1B" w:rsidRDefault="005A6E1B"/>
    <w:p w:rsidR="00CD2C6B" w:rsidRDefault="00773155">
      <w:r>
        <w:t xml:space="preserve">V </w:t>
      </w:r>
      <w:proofErr w:type="spellStart"/>
      <w:r>
        <w:t>Nitre</w:t>
      </w:r>
      <w:proofErr w:type="spellEnd"/>
      <w:r>
        <w:t xml:space="preserve">, </w:t>
      </w:r>
      <w:proofErr w:type="spellStart"/>
      <w:proofErr w:type="gramStart"/>
      <w:r>
        <w:t>dňa</w:t>
      </w:r>
      <w:proofErr w:type="spellEnd"/>
      <w:proofErr w:type="gramEnd"/>
      <w:r>
        <w:t xml:space="preserve"> 23. 9. 202</w:t>
      </w:r>
    </w:p>
    <w:p w:rsidR="005A6E1B" w:rsidRDefault="00CD2C6B">
      <w:proofErr w:type="spellStart"/>
      <w:r>
        <w:t>P</w:t>
      </w:r>
      <w:r w:rsidR="00773155" w:rsidRPr="00CD2C6B">
        <w:rPr>
          <w:b/>
        </w:rPr>
        <w:t>redsedníčka</w:t>
      </w:r>
      <w:proofErr w:type="spellEnd"/>
      <w:r w:rsidR="00773155" w:rsidRPr="00CD2C6B">
        <w:rPr>
          <w:b/>
        </w:rPr>
        <w:t xml:space="preserve"> </w:t>
      </w:r>
      <w:proofErr w:type="spellStart"/>
      <w:r w:rsidR="00773155" w:rsidRPr="00CD2C6B">
        <w:rPr>
          <w:b/>
        </w:rPr>
        <w:t>Rady</w:t>
      </w:r>
      <w:proofErr w:type="spellEnd"/>
      <w:r w:rsidR="00773155" w:rsidRPr="00CD2C6B">
        <w:rPr>
          <w:b/>
        </w:rPr>
        <w:t xml:space="preserve"> </w:t>
      </w:r>
      <w:proofErr w:type="spellStart"/>
      <w:r w:rsidR="00773155" w:rsidRPr="00CD2C6B">
        <w:rPr>
          <w:b/>
        </w:rPr>
        <w:t>školy</w:t>
      </w:r>
      <w:proofErr w:type="spellEnd"/>
      <w:proofErr w:type="gramStart"/>
      <w:r w:rsidR="00773155" w:rsidRPr="00CD2C6B">
        <w:rPr>
          <w:b/>
        </w:rPr>
        <w:t>:</w:t>
      </w:r>
      <w:proofErr w:type="gramEnd"/>
      <w:r w:rsidR="00773155">
        <w:br/>
      </w:r>
      <w:r>
        <w:t xml:space="preserve">Monika </w:t>
      </w:r>
      <w:proofErr w:type="spellStart"/>
      <w:r>
        <w:t>Sabová</w:t>
      </w:r>
      <w:proofErr w:type="spellEnd"/>
      <w:r w:rsidR="00773155">
        <w:br/>
      </w:r>
      <w:proofErr w:type="spellStart"/>
      <w:r w:rsidR="00773155">
        <w:t>meno</w:t>
      </w:r>
      <w:proofErr w:type="spellEnd"/>
      <w:r w:rsidR="00773155">
        <w:t xml:space="preserve"> a </w:t>
      </w:r>
      <w:proofErr w:type="spellStart"/>
      <w:r w:rsidR="00773155">
        <w:t>priezvisko</w:t>
      </w:r>
      <w:proofErr w:type="spellEnd"/>
      <w:r w:rsidR="00773155">
        <w:t xml:space="preserve">, </w:t>
      </w:r>
      <w:proofErr w:type="spellStart"/>
      <w:r w:rsidR="00773155">
        <w:t>podpis</w:t>
      </w:r>
      <w:proofErr w:type="spellEnd"/>
      <w:r>
        <w:t xml:space="preserve"> ……………………………………………..</w:t>
      </w:r>
    </w:p>
    <w:p w:rsidR="005A6E1B" w:rsidRDefault="00CD2C6B">
      <w:proofErr w:type="spellStart"/>
      <w:r w:rsidRPr="00CD2C6B">
        <w:rPr>
          <w:b/>
        </w:rPr>
        <w:t>Zapisovateľ</w:t>
      </w:r>
      <w:proofErr w:type="spellEnd"/>
      <w:r>
        <w:t>:</w:t>
      </w:r>
    </w:p>
    <w:p w:rsidR="00CD2C6B" w:rsidRDefault="00CD2C6B">
      <w:r>
        <w:t xml:space="preserve">Mgr. Miriam </w:t>
      </w:r>
      <w:proofErr w:type="spellStart"/>
      <w:r>
        <w:t>Sedmáková</w:t>
      </w:r>
      <w:proofErr w:type="spellEnd"/>
      <w:r>
        <w:t xml:space="preserve"> ……………………………………………...</w:t>
      </w:r>
    </w:p>
    <w:p w:rsidR="005A6E1B" w:rsidRDefault="00773155">
      <w:proofErr w:type="spellStart"/>
      <w:r w:rsidRPr="00CD2C6B">
        <w:rPr>
          <w:b/>
        </w:rPr>
        <w:t>Overovateľ</w:t>
      </w:r>
      <w:proofErr w:type="spellEnd"/>
      <w:r w:rsidRPr="00CD2C6B">
        <w:rPr>
          <w:b/>
        </w:rPr>
        <w:t>/ka</w:t>
      </w:r>
      <w:proofErr w:type="gramStart"/>
      <w:r w:rsidRPr="00CD2C6B">
        <w:rPr>
          <w:b/>
        </w:rPr>
        <w:t>:</w:t>
      </w:r>
      <w:proofErr w:type="gramEnd"/>
      <w:r>
        <w:br/>
      </w:r>
      <w:proofErr w:type="spellStart"/>
      <w:r w:rsidR="00CD2C6B">
        <w:t>Klaudia</w:t>
      </w:r>
      <w:proofErr w:type="spellEnd"/>
      <w:r w:rsidR="00CD2C6B">
        <w:t xml:space="preserve"> </w:t>
      </w:r>
      <w:proofErr w:type="spellStart"/>
      <w:r w:rsidR="00CD2C6B">
        <w:t>Ivanová</w:t>
      </w:r>
      <w:proofErr w:type="spellEnd"/>
      <w:r>
        <w:br/>
      </w:r>
      <w:proofErr w:type="spellStart"/>
      <w:r>
        <w:t>meno</w:t>
      </w:r>
      <w:proofErr w:type="spellEnd"/>
      <w:r>
        <w:t xml:space="preserve"> a </w:t>
      </w:r>
      <w:proofErr w:type="spellStart"/>
      <w:r>
        <w:t>priezvisko</w:t>
      </w:r>
      <w:proofErr w:type="spellEnd"/>
      <w:r>
        <w:t xml:space="preserve">, </w:t>
      </w:r>
      <w:proofErr w:type="spellStart"/>
      <w:r>
        <w:t>podpis</w:t>
      </w:r>
      <w:proofErr w:type="spellEnd"/>
      <w:r w:rsidR="00CD2C6B">
        <w:t xml:space="preserve">  ……………………………………………</w:t>
      </w:r>
    </w:p>
    <w:p w:rsidR="005A6E1B" w:rsidRDefault="005A6E1B"/>
    <w:p w:rsidR="005A6E1B" w:rsidRDefault="00773155">
      <w:proofErr w:type="spellStart"/>
      <w:r>
        <w:rPr>
          <w:b/>
        </w:rPr>
        <w:t>Prílohy</w:t>
      </w:r>
      <w:proofErr w:type="spellEnd"/>
      <w:r>
        <w:rPr>
          <w:b/>
        </w:rPr>
        <w:t>:</w:t>
      </w:r>
    </w:p>
    <w:p w:rsidR="005A6E1B" w:rsidRDefault="00773155">
      <w:r>
        <w:t xml:space="preserve">1. </w:t>
      </w:r>
      <w:proofErr w:type="spellStart"/>
      <w:r>
        <w:t>Prezenčná</w:t>
      </w:r>
      <w:proofErr w:type="spellEnd"/>
      <w:r>
        <w:t xml:space="preserve"> </w:t>
      </w:r>
      <w:proofErr w:type="spellStart"/>
      <w:r>
        <w:t>listina</w:t>
      </w:r>
      <w:proofErr w:type="spellEnd"/>
      <w:r>
        <w:t xml:space="preserve"> </w:t>
      </w:r>
      <w:proofErr w:type="spellStart"/>
      <w:r>
        <w:t>členov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>.</w:t>
      </w:r>
    </w:p>
    <w:p w:rsidR="005A6E1B" w:rsidRDefault="00773155">
      <w:r>
        <w:t xml:space="preserve">2. </w:t>
      </w:r>
      <w:proofErr w:type="spellStart"/>
      <w:r>
        <w:t>Hlasovacie</w:t>
      </w:r>
      <w:proofErr w:type="spellEnd"/>
      <w:r>
        <w:t xml:space="preserve"> </w:t>
      </w:r>
      <w:proofErr w:type="spellStart"/>
      <w:r>
        <w:t>lístky</w:t>
      </w:r>
      <w:proofErr w:type="spellEnd"/>
      <w:r>
        <w:t xml:space="preserve"> z </w:t>
      </w:r>
      <w:proofErr w:type="spellStart"/>
      <w:r>
        <w:t>tajnej</w:t>
      </w:r>
      <w:proofErr w:type="spellEnd"/>
      <w:r>
        <w:t xml:space="preserve"> </w:t>
      </w:r>
      <w:proofErr w:type="spellStart"/>
      <w:r>
        <w:t>voľby</w:t>
      </w:r>
      <w:proofErr w:type="spellEnd"/>
      <w:r>
        <w:t xml:space="preserve"> –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spôsobu</w:t>
      </w:r>
      <w:proofErr w:type="spellEnd"/>
      <w:r>
        <w:t xml:space="preserve"> a </w:t>
      </w:r>
      <w:proofErr w:type="spellStart"/>
      <w:r>
        <w:t>pravidiel</w:t>
      </w:r>
      <w:proofErr w:type="spellEnd"/>
      <w:r>
        <w:t xml:space="preserve"> </w:t>
      </w:r>
      <w:proofErr w:type="spellStart"/>
      <w:r>
        <w:t>uloženia</w:t>
      </w:r>
      <w:proofErr w:type="spellEnd"/>
      <w:r>
        <w:t xml:space="preserve"> </w:t>
      </w:r>
      <w:proofErr w:type="spellStart"/>
      <w:r>
        <w:t>ustanovených</w:t>
      </w:r>
      <w:proofErr w:type="spellEnd"/>
      <w:r>
        <w:t xml:space="preserve"> </w:t>
      </w:r>
      <w:proofErr w:type="spellStart"/>
      <w:r>
        <w:t>Štatútom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>.</w:t>
      </w:r>
    </w:p>
    <w:p w:rsidR="00672410" w:rsidRDefault="00672410">
      <w:r>
        <w:t xml:space="preserve">3. </w:t>
      </w:r>
      <w:proofErr w:type="spellStart"/>
      <w:r>
        <w:t>Súhlas</w:t>
      </w:r>
      <w:proofErr w:type="spellEnd"/>
      <w:r>
        <w:t xml:space="preserve"> s </w:t>
      </w:r>
      <w:proofErr w:type="spellStart"/>
      <w:r>
        <w:t>kandidatúrou</w:t>
      </w:r>
      <w:proofErr w:type="spellEnd"/>
    </w:p>
    <w:sectPr w:rsidR="00672410" w:rsidSect="00034616">
      <w:pgSz w:w="12240" w:h="15840"/>
      <w:pgMar w:top="1800" w:right="1800" w:bottom="180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0A1CD5"/>
    <w:rsid w:val="0015074B"/>
    <w:rsid w:val="001C6935"/>
    <w:rsid w:val="0029639D"/>
    <w:rsid w:val="00326F90"/>
    <w:rsid w:val="00373F81"/>
    <w:rsid w:val="004D0B0B"/>
    <w:rsid w:val="004E2921"/>
    <w:rsid w:val="00544C39"/>
    <w:rsid w:val="005A6E1B"/>
    <w:rsid w:val="00672410"/>
    <w:rsid w:val="00773155"/>
    <w:rsid w:val="00801E0D"/>
    <w:rsid w:val="008C7BAF"/>
    <w:rsid w:val="00940C51"/>
    <w:rsid w:val="009F3EDE"/>
    <w:rsid w:val="00AA1D8D"/>
    <w:rsid w:val="00B47730"/>
    <w:rsid w:val="00CB0664"/>
    <w:rsid w:val="00CC3398"/>
    <w:rsid w:val="00CD2C6B"/>
    <w:rsid w:val="00DD2EB2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B9D10F-40C3-4A6E-B950-1B7C18A49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MŠ Dobšinského</cp:lastModifiedBy>
  <cp:revision>9</cp:revision>
  <cp:lastPrinted>2026-09-23T12:59:00Z</cp:lastPrinted>
  <dcterms:created xsi:type="dcterms:W3CDTF">2026-09-23T07:57:00Z</dcterms:created>
  <dcterms:modified xsi:type="dcterms:W3CDTF">2026-10-10T11:32:00Z</dcterms:modified>
</cp:coreProperties>
</file>